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6F414FB6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34C7C79B" w14:textId="1AB4959F" w:rsidR="009E5646" w:rsidRPr="00DC5E53" w:rsidRDefault="000A7619">
            <w:pPr>
              <w:spacing w:after="0" w:line="240" w:lineRule="auto"/>
              <w:jc w:val="center"/>
              <w:rPr>
                <w:lang w:val="tr-TR"/>
              </w:rPr>
            </w:pPr>
            <w:r>
              <w:rPr>
                <w:b/>
                <w:color w:val="FFFFFF"/>
                <w:sz w:val="28"/>
                <w:lang w:val="tr-TR"/>
              </w:rPr>
              <w:t>Kemal Tahir Çalışmaları</w:t>
            </w:r>
            <w:r w:rsidR="00A81F9F" w:rsidRPr="00DC5E53">
              <w:rPr>
                <w:b/>
                <w:color w:val="FFFFFF"/>
                <w:sz w:val="28"/>
                <w:lang w:val="tr-TR"/>
              </w:rPr>
              <w:t xml:space="preserve"> — KAPAK SAYFASI</w:t>
            </w:r>
          </w:p>
        </w:tc>
      </w:tr>
    </w:tbl>
    <w:p w14:paraId="379BE11E" w14:textId="77777777" w:rsidR="009E5646" w:rsidRPr="00DC5E53" w:rsidRDefault="009E5646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7DA04F92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08DA01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FFFFFF"/>
                <w:sz w:val="22"/>
                <w:lang w:val="tr-TR"/>
              </w:rPr>
              <w:t>1. BAŞLIK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7F771277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24A80D8" w14:textId="2AEB9440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Başlık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F3DA619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0B19FFCD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</w:tbl>
    <w:p w14:paraId="5D393C51" w14:textId="77777777" w:rsidR="009E5646" w:rsidRPr="00DC5E53" w:rsidRDefault="009E5646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62480C9A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7CBD8C6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FFFFFF"/>
                <w:sz w:val="22"/>
                <w:lang w:val="tr-TR"/>
              </w:rPr>
              <w:t>2. YAZARLAR</w:t>
            </w:r>
          </w:p>
        </w:tc>
      </w:tr>
    </w:tbl>
    <w:p w14:paraId="011866B6" w14:textId="77777777" w:rsidR="009E5646" w:rsidRPr="00DC5E53" w:rsidRDefault="009E5646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60828A7C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202903C6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lang w:val="tr-TR"/>
              </w:rPr>
              <w:t xml:space="preserve">Yazar </w:t>
            </w:r>
            <w:proofErr w:type="gramStart"/>
            <w:r w:rsidRPr="00DC5E53">
              <w:rPr>
                <w:b/>
                <w:color w:val="1F3A5F"/>
                <w:lang w:val="tr-TR"/>
              </w:rPr>
              <w:t>1  *</w:t>
            </w:r>
            <w:proofErr w:type="gramEnd"/>
            <w:r w:rsidRPr="00DC5E53">
              <w:rPr>
                <w:b/>
                <w:color w:val="1F3A5F"/>
                <w:lang w:val="tr-TR"/>
              </w:rPr>
              <w:t xml:space="preserve">  (Sorumlu Yazar)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3010B020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B07AE4C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Ad-</w:t>
            </w:r>
            <w:proofErr w:type="spellStart"/>
            <w:r w:rsidRPr="00DC5E53">
              <w:rPr>
                <w:b/>
                <w:color w:val="1F3A5F"/>
                <w:sz w:val="20"/>
                <w:lang w:val="tr-TR"/>
              </w:rPr>
              <w:t>Soyad</w:t>
            </w:r>
            <w:proofErr w:type="spellEnd"/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0B6636A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47D19F4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8BB5C9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Kurum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(Üniversite, Fakülte, Bölüm, Şehir, Ülke)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6DAFD4A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4A33FF30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7253726E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FD8C554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E-posta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(Tercihen kurumsal)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A17137D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03967E2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659E5DE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ORCID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(0000-0000-0000-0000 — zorunlu)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1D42B86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3D81E4A3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F72B38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Yazışma adresi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E5D0FB7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4330ADA1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0EE85B15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B2D115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Telefon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(Opsiyonel)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AFE0A92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02FAF885" w14:textId="77777777" w:rsidR="009E5646" w:rsidRPr="00DC5E53" w:rsidRDefault="009E5646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73924F21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711CA928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lang w:val="tr-TR"/>
              </w:rPr>
              <w:t>Yazar 2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3F1B58ED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EF28F76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Ad-</w:t>
            </w:r>
            <w:proofErr w:type="spellStart"/>
            <w:r w:rsidRPr="00DC5E53">
              <w:rPr>
                <w:b/>
                <w:color w:val="1F3A5F"/>
                <w:sz w:val="20"/>
                <w:lang w:val="tr-TR"/>
              </w:rPr>
              <w:t>Soyad</w:t>
            </w:r>
            <w:proofErr w:type="spellEnd"/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A76800D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2CE85988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1169025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Kurum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(Üniversite, Fakülte, Bölüm, Şehir, Ülke)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9A4B5E2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5EE25BCB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521ABFE9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8BF87A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E-posta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(Tercihen kurumsal)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6C3016F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0884B518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7413D83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ORCID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(0000-0000-0000-0000 — zorunlu)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CE1ABB2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6623FCA2" w14:textId="77777777" w:rsidR="009E5646" w:rsidRPr="00DC5E53" w:rsidRDefault="009E5646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4565694C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0D9FC56C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lang w:val="tr-TR"/>
              </w:rPr>
              <w:t>Yazar 3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102121F9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E8550C4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Ad-</w:t>
            </w:r>
            <w:proofErr w:type="spellStart"/>
            <w:r w:rsidRPr="00DC5E53">
              <w:rPr>
                <w:b/>
                <w:color w:val="1F3A5F"/>
                <w:sz w:val="20"/>
                <w:lang w:val="tr-TR"/>
              </w:rPr>
              <w:t>Soyad</w:t>
            </w:r>
            <w:proofErr w:type="spellEnd"/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B7845F8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25442EA2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974F107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Kurum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(Üniversite, Fakülte, Bölüm, Şehir, Ülke)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64F53FD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1C55DE77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4CE23CEF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3BDC78E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E-posta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(Tercihen kurumsal)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29D7018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3A62E7C4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E486C1A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ORCID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(0000-0000-0000-0000 — zorunlu)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B67DBAA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7F623054" w14:textId="77777777" w:rsidR="009E5646" w:rsidRPr="00DC5E53" w:rsidRDefault="009E5646">
      <w:pPr>
        <w:spacing w:after="80" w:line="240" w:lineRule="auto"/>
        <w:rPr>
          <w:lang w:val="tr-TR"/>
        </w:rPr>
      </w:pPr>
    </w:p>
    <w:p w14:paraId="5534E925" w14:textId="08BBEFBC" w:rsidR="009E5646" w:rsidRPr="00DC5E53" w:rsidRDefault="00A81F9F">
      <w:pPr>
        <w:rPr>
          <w:lang w:val="tr-TR"/>
        </w:rPr>
      </w:pPr>
      <w:r w:rsidRPr="00DC5E53">
        <w:rPr>
          <w:i/>
          <w:color w:val="707070"/>
          <w:sz w:val="17"/>
          <w:lang w:val="tr-TR"/>
        </w:rPr>
        <w:t>Üçten fazla yazar varsa aynı blok kopyalanır.</w:t>
      </w:r>
      <w:r w:rsidRPr="00DC5E53">
        <w:rPr>
          <w:lang w:val="tr-TR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77F2ADBB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9E1011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FFFFFF"/>
                <w:sz w:val="22"/>
                <w:lang w:val="tr-TR"/>
              </w:rPr>
              <w:lastRenderedPageBreak/>
              <w:t>3. ÖZ VE ANAHTAR KELİMELER</w:t>
            </w:r>
          </w:p>
        </w:tc>
      </w:tr>
    </w:tbl>
    <w:p w14:paraId="33FFE6DB" w14:textId="77777777" w:rsidR="009E5646" w:rsidRPr="00DC5E53" w:rsidRDefault="009E5646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1D97ED99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B482610" w14:textId="28ED9A22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Öz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(150</w:t>
            </w:r>
            <w:r w:rsidR="00755041" w:rsidRPr="00DC5E53">
              <w:rPr>
                <w:i/>
                <w:color w:val="707070"/>
                <w:sz w:val="16"/>
                <w:lang w:val="tr-TR"/>
              </w:rPr>
              <w:t>-</w:t>
            </w:r>
            <w:r w:rsidRPr="00DC5E53">
              <w:rPr>
                <w:i/>
                <w:color w:val="707070"/>
                <w:sz w:val="16"/>
                <w:lang w:val="tr-TR"/>
              </w:rPr>
              <w:t>250 sözcük; amaç, yöntem, bulgular, sonuç)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9E93118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220D342C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6F973647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170A27C6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7BA492A5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739ABB39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120D8082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2B07A603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5F789010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2F3BA0E3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6B60B32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882C4D8" w14:textId="0189983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Anahtar kelimeler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</w:t>
            </w:r>
            <w:r w:rsidR="001352B2">
              <w:rPr>
                <w:i/>
                <w:color w:val="707070"/>
                <w:sz w:val="16"/>
                <w:lang w:val="tr-TR"/>
              </w:rPr>
              <w:t>4</w:t>
            </w:r>
            <w:r w:rsidR="00755041" w:rsidRPr="00DC5E53">
              <w:rPr>
                <w:i/>
                <w:color w:val="707070"/>
                <w:sz w:val="16"/>
                <w:lang w:val="tr-TR"/>
              </w:rPr>
              <w:t>-</w:t>
            </w:r>
            <w:r w:rsidRPr="00DC5E53">
              <w:rPr>
                <w:i/>
                <w:color w:val="707070"/>
                <w:sz w:val="16"/>
                <w:lang w:val="tr-TR"/>
              </w:rPr>
              <w:t>6 kavram)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BC6907F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0BA245E9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</w:tbl>
    <w:p w14:paraId="77C642F2" w14:textId="77777777" w:rsidR="009E5646" w:rsidRPr="00DC5E53" w:rsidRDefault="009E5646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7486CA3A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C034550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FFFFFF"/>
                <w:sz w:val="22"/>
                <w:lang w:val="tr-TR"/>
              </w:rPr>
              <w:t>4. ZORUNLU BEYANLAR</w:t>
            </w:r>
          </w:p>
        </w:tc>
      </w:tr>
    </w:tbl>
    <w:p w14:paraId="72090DCD" w14:textId="77777777" w:rsidR="009E5646" w:rsidRPr="00DC5E53" w:rsidRDefault="009E5646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6772D62C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0635F8A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Yazar Katkıları (</w:t>
            </w:r>
            <w:proofErr w:type="spellStart"/>
            <w:r w:rsidRPr="00DC5E53">
              <w:rPr>
                <w:b/>
                <w:color w:val="1F3A5F"/>
                <w:sz w:val="20"/>
                <w:lang w:val="tr-TR"/>
              </w:rPr>
              <w:t>CRediT</w:t>
            </w:r>
            <w:proofErr w:type="spellEnd"/>
            <w:r w:rsidRPr="00DC5E53">
              <w:rPr>
                <w:b/>
                <w:color w:val="1F3A5F"/>
                <w:sz w:val="20"/>
                <w:lang w:val="tr-TR"/>
              </w:rPr>
              <w:t>)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</w:t>
            </w:r>
            <w:proofErr w:type="spellStart"/>
            <w:r w:rsidRPr="00DC5E53">
              <w:rPr>
                <w:i/>
                <w:color w:val="707070"/>
                <w:sz w:val="16"/>
                <w:lang w:val="tr-TR"/>
              </w:rPr>
              <w:t>Örn</w:t>
            </w:r>
            <w:proofErr w:type="spellEnd"/>
            <w:r w:rsidRPr="00DC5E53">
              <w:rPr>
                <w:i/>
                <w:color w:val="707070"/>
                <w:sz w:val="16"/>
                <w:lang w:val="tr-TR"/>
              </w:rPr>
              <w:t>.: "Kavramsallaştırma, A.Y.; yöntem, A.Y. ve B.D.; analiz, B.D.; yazım — özgün taslak, A.Y.; yazım — gözden geçirme, B.D. Tüm yazarlar makalenin yayımlanmış versiyonunu okuyup onaylamıştır.")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F552AE4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615B4D09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06A734CE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57A170D7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25F028E6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B8F4FAB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Finansman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(Yoksa: "Bu araştırma herhangi bir dış destek almamıştır.")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3F02C5D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2FE2AC13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53066033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95DCAC9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Etik Kurul Onayı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 xml:space="preserve">(Kurul adı, karar </w:t>
            </w:r>
            <w:proofErr w:type="spellStart"/>
            <w:r w:rsidRPr="00DC5E53">
              <w:rPr>
                <w:i/>
                <w:color w:val="707070"/>
                <w:sz w:val="16"/>
                <w:lang w:val="tr-TR"/>
              </w:rPr>
              <w:t>no</w:t>
            </w:r>
            <w:proofErr w:type="spellEnd"/>
            <w:r w:rsidRPr="00DC5E53">
              <w:rPr>
                <w:i/>
                <w:color w:val="707070"/>
                <w:sz w:val="16"/>
                <w:lang w:val="tr-TR"/>
              </w:rPr>
              <w:t>, tarih; Helsinki Bildirgesi'ne uyum)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E394294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25BC257F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  <w:p w14:paraId="3DF74B09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41D7AA5F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6A56CC1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Aydınlatılmış Onam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(Yazılı / sözlü aydınlatılmış onam beyanı)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349F4FE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474875B0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5AE5CC9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9AFC94B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Veri Kullanılabilirliği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(Açık erişim / makul talep / kısıtlı / yeni veri yok / metinde sunuldu)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7CA005D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5B7CB983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10D1ED40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CE70D02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Üretken Yapay Zekâ Beyanı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(Araç + sürüm + amaç; kullanılmadıysa açıkça belirtin)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6EAD022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793F69FC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59575DC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08757BC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Teşekkür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(Yazarlık kriterini karşılamayan katkılar)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33DBCEF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3285FD68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4A05ADF8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7B5F484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Çıkar Çatışması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</w:r>
            <w:r w:rsidRPr="00DC5E53">
              <w:rPr>
                <w:i/>
                <w:color w:val="707070"/>
                <w:sz w:val="16"/>
                <w:lang w:val="tr-TR"/>
              </w:rPr>
              <w:t>(Yoksa: "Yazarlar herhangi bir çıkar çatışması bildirmemiştir.")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A720F2B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34BCCCB3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  <w:tr w:rsidR="009E5646" w:rsidRPr="00DC5E53" w14:paraId="72109878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6EFCCBF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Önceki sunum / tez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(Kongre, sempozyum veya tez ilişkisi varsa belirtin)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88EAA6E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  <w:p w14:paraId="242D1F25" w14:textId="77777777" w:rsidR="009E5646" w:rsidRPr="00DC5E53" w:rsidRDefault="009E5646">
            <w:pPr>
              <w:spacing w:after="0"/>
              <w:rPr>
                <w:lang w:val="tr-TR"/>
              </w:rPr>
            </w:pPr>
          </w:p>
        </w:tc>
      </w:tr>
    </w:tbl>
    <w:p w14:paraId="01B61F1F" w14:textId="77777777" w:rsidR="009E5646" w:rsidRPr="00DC5E53" w:rsidRDefault="009E5646">
      <w:pPr>
        <w:spacing w:after="8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6F6D8A18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2D48E8D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FFFFFF"/>
                <w:sz w:val="22"/>
                <w:lang w:val="tr-TR"/>
              </w:rPr>
              <w:lastRenderedPageBreak/>
              <w:t>5. TELİF HAKKI, LİSANS VE GÖNDERİM BEYANI</w:t>
            </w:r>
          </w:p>
        </w:tc>
      </w:tr>
    </w:tbl>
    <w:p w14:paraId="5857A783" w14:textId="77777777" w:rsidR="009E5646" w:rsidRPr="00DC5E53" w:rsidRDefault="009E5646">
      <w:pPr>
        <w:spacing w:after="40" w:line="240" w:lineRule="auto"/>
        <w:rPr>
          <w:lang w:val="tr-T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788D6A7C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100" w:type="dxa"/>
              <w:left w:w="160" w:type="dxa"/>
              <w:bottom w:w="60" w:type="dxa"/>
              <w:right w:w="160" w:type="dxa"/>
            </w:tcMar>
            <w:vAlign w:val="center"/>
          </w:tcPr>
          <w:p w14:paraId="35C242E7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2"/>
                <w:lang w:val="tr-TR"/>
              </w:rPr>
              <w:t>Açık Erişim Lisansı (CC BY 4.0)</w:t>
            </w:r>
          </w:p>
        </w:tc>
      </w:tr>
      <w:tr w:rsidR="009E5646" w:rsidRPr="00DC5E53" w14:paraId="4AEEF8E0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60" w:type="dxa"/>
              <w:left w:w="160" w:type="dxa"/>
              <w:bottom w:w="100" w:type="dxa"/>
              <w:right w:w="160" w:type="dxa"/>
            </w:tcMar>
            <w:vAlign w:val="center"/>
          </w:tcPr>
          <w:p w14:paraId="643B1DB1" w14:textId="2D3DFA01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lang w:val="tr-TR"/>
              </w:rPr>
              <w:t xml:space="preserve">Bu çalışmanın </w:t>
            </w:r>
            <w:r w:rsidR="001352B2">
              <w:rPr>
                <w:lang w:val="tr-TR"/>
              </w:rPr>
              <w:t>KAFADEMİ</w:t>
            </w:r>
            <w:r w:rsidR="00354665">
              <w:rPr>
                <w:lang w:val="tr-TR"/>
              </w:rPr>
              <w:t xml:space="preserve"> </w:t>
            </w:r>
            <w:r w:rsidRPr="00DC5E53">
              <w:rPr>
                <w:lang w:val="tr-TR"/>
              </w:rPr>
              <w:t xml:space="preserve">tarafından yayımlanan ilgili dergide Creative </w:t>
            </w:r>
            <w:proofErr w:type="spellStart"/>
            <w:r w:rsidRPr="00DC5E53">
              <w:rPr>
                <w:lang w:val="tr-TR"/>
              </w:rPr>
              <w:t>Commons</w:t>
            </w:r>
            <w:proofErr w:type="spellEnd"/>
            <w:r w:rsidRPr="00DC5E53">
              <w:rPr>
                <w:lang w:val="tr-TR"/>
              </w:rPr>
              <w:t xml:space="preserve"> Atıf 4.0 Uluslararası (CC BY 4.0) lisansı ile yayımlanmasına izin veriyorum/veriyoruz. Çalışmanın tüm fikri mülkiyet hakları </w:t>
            </w:r>
            <w:proofErr w:type="gramStart"/>
            <w:r w:rsidRPr="00DC5E53">
              <w:rPr>
                <w:lang w:val="tr-TR"/>
              </w:rPr>
              <w:t>yazar(</w:t>
            </w:r>
            <w:proofErr w:type="spellStart"/>
            <w:proofErr w:type="gramEnd"/>
            <w:r w:rsidRPr="00DC5E53">
              <w:rPr>
                <w:lang w:val="tr-TR"/>
              </w:rPr>
              <w:t>lar</w:t>
            </w:r>
            <w:proofErr w:type="spellEnd"/>
            <w:r w:rsidRPr="00DC5E53">
              <w:rPr>
                <w:lang w:val="tr-TR"/>
              </w:rPr>
              <w:t>)da kalır. Bu lisans, esere uygun atıfta bulunulmak kaydıyla her boyut ve formatta paylaşılmasına, çoğaltılmasına, türev eserler üretilmesine ve ticari kullanım dâhil her amaçla yeniden kullanılmasına izin verir. Lisans tam metni: https://creativecommons.org/licenses/by/4.0/deed.tr</w:t>
            </w:r>
          </w:p>
        </w:tc>
      </w:tr>
    </w:tbl>
    <w:p w14:paraId="4CCE8097" w14:textId="77777777" w:rsidR="009E5646" w:rsidRPr="00DC5E53" w:rsidRDefault="009E5646">
      <w:pPr>
        <w:spacing w:after="12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0041B3E3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29280B2E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lang w:val="tr-TR"/>
              </w:rPr>
              <w:t>Yazar Taahhütleri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9E5646" w:rsidRPr="00DC5E53" w14:paraId="614EBB95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39ECC93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proofErr w:type="gramStart"/>
            <w:r w:rsidRPr="00DC5E53">
              <w:rPr>
                <w:b/>
                <w:color w:val="1F3A5F"/>
                <w:sz w:val="20"/>
                <w:lang w:val="tr-TR"/>
              </w:rPr>
              <w:t>☐</w:t>
            </w:r>
            <w:r w:rsidRPr="00DC5E53">
              <w:rPr>
                <w:b/>
                <w:color w:val="1F3A5F"/>
                <w:sz w:val="20"/>
                <w:lang w:val="tr-TR"/>
              </w:rPr>
              <w:t xml:space="preserve">  Özgünlük</w:t>
            </w:r>
            <w:proofErr w:type="gramEnd"/>
            <w:r w:rsidRPr="00DC5E53">
              <w:rPr>
                <w:i/>
                <w:color w:val="707070"/>
                <w:sz w:val="16"/>
                <w:lang w:val="tr-TR"/>
              </w:rPr>
              <w:br/>
              <w:t xml:space="preserve">Bu çalışma </w:t>
            </w:r>
            <w:proofErr w:type="gramStart"/>
            <w:r w:rsidRPr="00DC5E53">
              <w:rPr>
                <w:i/>
                <w:color w:val="707070"/>
                <w:sz w:val="16"/>
                <w:lang w:val="tr-TR"/>
              </w:rPr>
              <w:t>yazar(</w:t>
            </w:r>
            <w:proofErr w:type="spellStart"/>
            <w:proofErr w:type="gramEnd"/>
            <w:r w:rsidRPr="00DC5E53">
              <w:rPr>
                <w:i/>
                <w:color w:val="707070"/>
                <w:sz w:val="16"/>
                <w:lang w:val="tr-TR"/>
              </w:rPr>
              <w:t>lar</w:t>
            </w:r>
            <w:proofErr w:type="spellEnd"/>
            <w:r w:rsidRPr="00DC5E53">
              <w:rPr>
                <w:i/>
                <w:color w:val="707070"/>
                <w:sz w:val="16"/>
                <w:lang w:val="tr-TR"/>
              </w:rPr>
              <w:t>)</w:t>
            </w:r>
            <w:proofErr w:type="spellStart"/>
            <w:r w:rsidRPr="00DC5E53">
              <w:rPr>
                <w:i/>
                <w:color w:val="707070"/>
                <w:sz w:val="16"/>
                <w:lang w:val="tr-TR"/>
              </w:rPr>
              <w:t>ın</w:t>
            </w:r>
            <w:proofErr w:type="spellEnd"/>
            <w:r w:rsidRPr="00DC5E53">
              <w:rPr>
                <w:i/>
                <w:color w:val="707070"/>
                <w:sz w:val="16"/>
                <w:lang w:val="tr-TR"/>
              </w:rPr>
              <w:t xml:space="preserve"> özgün eseridir; intihal içermez ve başkalarının fikri mülkiyet haklarını ihlal etmez.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E1B1DB0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66496E05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47F2A62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proofErr w:type="gramStart"/>
            <w:r w:rsidRPr="00DC5E53">
              <w:rPr>
                <w:b/>
                <w:color w:val="1F3A5F"/>
                <w:sz w:val="20"/>
                <w:lang w:val="tr-TR"/>
              </w:rPr>
              <w:t>☐</w:t>
            </w:r>
            <w:r w:rsidRPr="00DC5E53">
              <w:rPr>
                <w:b/>
                <w:color w:val="1F3A5F"/>
                <w:sz w:val="20"/>
                <w:lang w:val="tr-TR"/>
              </w:rPr>
              <w:t xml:space="preserve">  Eş</w:t>
            </w:r>
            <w:proofErr w:type="gramEnd"/>
            <w:r w:rsidRPr="00DC5E53">
              <w:rPr>
                <w:b/>
                <w:color w:val="1F3A5F"/>
                <w:sz w:val="20"/>
                <w:lang w:val="tr-TR"/>
              </w:rPr>
              <w:t xml:space="preserve"> zamanlı gönderim yok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</w:r>
            <w:r w:rsidRPr="00DC5E53">
              <w:rPr>
                <w:i/>
                <w:color w:val="707070"/>
                <w:sz w:val="16"/>
                <w:lang w:val="tr-TR"/>
              </w:rPr>
              <w:t>Çalışma daha önce başka bir yerde yayımlanmamış ve eş zamanlı olarak başka bir dergiye gönderilmemiştir.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D89B09E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4860AEDA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A0EA0BE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proofErr w:type="gramStart"/>
            <w:r w:rsidRPr="00DC5E53">
              <w:rPr>
                <w:b/>
                <w:color w:val="1F3A5F"/>
                <w:sz w:val="20"/>
                <w:lang w:val="tr-TR"/>
              </w:rPr>
              <w:t>☐</w:t>
            </w:r>
            <w:r w:rsidRPr="00DC5E53">
              <w:rPr>
                <w:b/>
                <w:color w:val="1F3A5F"/>
                <w:sz w:val="20"/>
                <w:lang w:val="tr-TR"/>
              </w:rPr>
              <w:t xml:space="preserve">  Tüm</w:t>
            </w:r>
            <w:proofErr w:type="gramEnd"/>
            <w:r w:rsidRPr="00DC5E53">
              <w:rPr>
                <w:b/>
                <w:color w:val="1F3A5F"/>
                <w:sz w:val="20"/>
                <w:lang w:val="tr-TR"/>
              </w:rPr>
              <w:t xml:space="preserve"> yazarların katkısı ve onayı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Tüm yazarlar çalışmaya asli olarak katkı sunmuş, son hâlini görüp onaylamış ve kamuoyu sorumluluğunu kabul etmiştir.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E395438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  <w:tr w:rsidR="009E5646" w:rsidRPr="00DC5E53" w14:paraId="4769FAF8" w14:textId="77777777">
        <w:trPr>
          <w:jc w:val="center"/>
        </w:trPr>
        <w:tc>
          <w:tcPr>
            <w:tcW w:w="255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E80561A" w14:textId="612100B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☐</w:t>
            </w:r>
            <w:r w:rsidRPr="00DC5E53">
              <w:rPr>
                <w:b/>
                <w:color w:val="1F3A5F"/>
                <w:sz w:val="20"/>
                <w:lang w:val="tr-TR"/>
              </w:rPr>
              <w:t xml:space="preserve">  Sorumluluk kabulü</w:t>
            </w:r>
            <w:r w:rsidRPr="00DC5E53">
              <w:rPr>
                <w:i/>
                <w:color w:val="707070"/>
                <w:sz w:val="16"/>
                <w:lang w:val="tr-TR"/>
              </w:rPr>
              <w:br/>
              <w:t>Telif hakkı ihlali nedeniyle üçüncü şahıslarca açılabilecek her türlü davada sorumluluğun yazar(</w:t>
            </w:r>
            <w:proofErr w:type="spellStart"/>
            <w:r w:rsidRPr="00DC5E53">
              <w:rPr>
                <w:i/>
                <w:color w:val="707070"/>
                <w:sz w:val="16"/>
                <w:lang w:val="tr-TR"/>
              </w:rPr>
              <w:t>lar</w:t>
            </w:r>
            <w:proofErr w:type="spellEnd"/>
            <w:r w:rsidRPr="00DC5E53">
              <w:rPr>
                <w:i/>
                <w:color w:val="707070"/>
                <w:sz w:val="16"/>
                <w:lang w:val="tr-TR"/>
              </w:rPr>
              <w:t xml:space="preserve">)a ait olduğu kabul edilir; </w:t>
            </w:r>
            <w:r w:rsidR="00C41168">
              <w:rPr>
                <w:i/>
                <w:color w:val="707070"/>
                <w:sz w:val="16"/>
                <w:lang w:val="tr-TR"/>
              </w:rPr>
              <w:t xml:space="preserve">Kafademi </w:t>
            </w:r>
            <w:r w:rsidRPr="00DC5E53">
              <w:rPr>
                <w:i/>
                <w:color w:val="707070"/>
                <w:sz w:val="16"/>
                <w:lang w:val="tr-TR"/>
              </w:rPr>
              <w:t>ve dergi editörlerinin sorumluluğu bulunmamaktadır.</w:t>
            </w:r>
          </w:p>
        </w:tc>
        <w:tc>
          <w:tcPr>
            <w:tcW w:w="708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C73F425" w14:textId="77777777" w:rsidR="009E5646" w:rsidRPr="00DC5E53" w:rsidRDefault="009E5646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47CDD987" w14:textId="77777777" w:rsidR="009E5646" w:rsidRPr="00DC5E53" w:rsidRDefault="009E5646">
      <w:pPr>
        <w:spacing w:after="120" w:line="240" w:lineRule="auto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9E5646" w:rsidRPr="00DC5E53" w14:paraId="22E7D348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3F1EFD4A" w14:textId="77777777" w:rsidR="009E5646" w:rsidRPr="00DC5E53" w:rsidRDefault="00A81F9F">
            <w:pPr>
              <w:spacing w:after="0" w:line="240" w:lineRule="auto"/>
              <w:rPr>
                <w:lang w:val="tr-TR"/>
              </w:rPr>
            </w:pPr>
            <w:r w:rsidRPr="00DC5E53">
              <w:rPr>
                <w:b/>
                <w:color w:val="1F3A5F"/>
                <w:lang w:val="tr-TR"/>
              </w:rPr>
              <w:t>Tüm Yazarların İmzaları</w:t>
            </w:r>
          </w:p>
        </w:tc>
      </w:tr>
    </w:tbl>
    <w:p w14:paraId="32A12B01" w14:textId="77777777" w:rsidR="009E5646" w:rsidRPr="00DC5E53" w:rsidRDefault="00A81F9F">
      <w:pPr>
        <w:spacing w:before="40" w:after="80"/>
        <w:rPr>
          <w:lang w:val="tr-TR"/>
        </w:rPr>
      </w:pPr>
      <w:r w:rsidRPr="00DC5E53">
        <w:rPr>
          <w:i/>
          <w:color w:val="707070"/>
          <w:sz w:val="17"/>
          <w:lang w:val="tr-TR"/>
        </w:rPr>
        <w:t>Bu beyan ve lisans her yazar tarafından ayrı ayrı imzalanmalıdır. Yazarlar farklı kurumlardaysa, ayrı sayfalarda toplanan ıslak veya dijital imzalar geçerlidir.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4111"/>
        <w:gridCol w:w="2207"/>
        <w:gridCol w:w="2329"/>
      </w:tblGrid>
      <w:tr w:rsidR="00DC5E53" w:rsidRPr="00DC5E53" w14:paraId="09610933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8187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Sıra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512C7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Ad-</w:t>
            </w:r>
            <w:proofErr w:type="spellStart"/>
            <w:r w:rsidRPr="00DC5E53">
              <w:rPr>
                <w:b/>
                <w:color w:val="1F3A5F"/>
                <w:sz w:val="20"/>
                <w:lang w:val="tr-TR"/>
              </w:rPr>
              <w:t>Soyad</w:t>
            </w:r>
            <w:proofErr w:type="spellEnd"/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7E753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Tarih</w:t>
            </w: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20E08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b/>
                <w:color w:val="1F3A5F"/>
                <w:sz w:val="20"/>
                <w:lang w:val="tr-TR"/>
              </w:rPr>
              <w:t>İmza</w:t>
            </w:r>
          </w:p>
        </w:tc>
      </w:tr>
      <w:tr w:rsidR="00DC5E53" w:rsidRPr="00DC5E53" w14:paraId="5121A83A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AAA9728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color w:val="707070"/>
                <w:sz w:val="20"/>
                <w:lang w:val="tr-TR"/>
              </w:rPr>
              <w:t>1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D75CB20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8BDA4CE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E6844BC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</w:tr>
      <w:tr w:rsidR="00DC5E53" w:rsidRPr="00DC5E53" w14:paraId="2F2A40C0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33FA14C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color w:val="707070"/>
                <w:sz w:val="20"/>
                <w:lang w:val="tr-TR"/>
              </w:rPr>
              <w:t>2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B1BAD7D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C784915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D9884C5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</w:tr>
      <w:tr w:rsidR="00DC5E53" w:rsidRPr="00DC5E53" w14:paraId="6703C360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302CEA9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color w:val="707070"/>
                <w:sz w:val="20"/>
                <w:lang w:val="tr-TR"/>
              </w:rPr>
              <w:t>3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DBED2C2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7FFDABB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D76F0E1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</w:tr>
      <w:tr w:rsidR="00DC5E53" w:rsidRPr="00DC5E53" w14:paraId="544F3368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66B1956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color w:val="707070"/>
                <w:sz w:val="20"/>
                <w:lang w:val="tr-TR"/>
              </w:rPr>
              <w:t>4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5B7BB74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8DC1562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E2D20C6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</w:tr>
      <w:tr w:rsidR="00DC5E53" w:rsidRPr="00DC5E53" w14:paraId="1ABDA781" w14:textId="77777777" w:rsidTr="00DC5E53">
        <w:trPr>
          <w:jc w:val="center"/>
        </w:trPr>
        <w:tc>
          <w:tcPr>
            <w:tcW w:w="883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D73F0C6" w14:textId="77777777" w:rsidR="00DC5E53" w:rsidRPr="00DC5E53" w:rsidRDefault="00DC5E53">
            <w:pPr>
              <w:spacing w:after="0" w:line="240" w:lineRule="auto"/>
              <w:jc w:val="center"/>
              <w:rPr>
                <w:lang w:val="tr-TR"/>
              </w:rPr>
            </w:pPr>
            <w:r w:rsidRPr="00DC5E53">
              <w:rPr>
                <w:color w:val="707070"/>
                <w:sz w:val="20"/>
                <w:lang w:val="tr-TR"/>
              </w:rPr>
              <w:t>5</w:t>
            </w:r>
          </w:p>
        </w:tc>
        <w:tc>
          <w:tcPr>
            <w:tcW w:w="4111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3E8CD85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207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9E9D4E4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  <w:tc>
          <w:tcPr>
            <w:tcW w:w="2329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A9900BA" w14:textId="77777777" w:rsidR="00DC5E53" w:rsidRPr="00DC5E53" w:rsidRDefault="00DC5E53">
            <w:pPr>
              <w:spacing w:after="0" w:line="240" w:lineRule="auto"/>
              <w:rPr>
                <w:lang w:val="tr-TR"/>
              </w:rPr>
            </w:pPr>
          </w:p>
        </w:tc>
      </w:tr>
    </w:tbl>
    <w:p w14:paraId="78CFC1B9" w14:textId="77777777" w:rsidR="008A5771" w:rsidRPr="00DC5E53" w:rsidRDefault="008A5771">
      <w:pPr>
        <w:rPr>
          <w:lang w:val="tr-TR"/>
        </w:rPr>
      </w:pPr>
    </w:p>
    <w:sectPr w:rsidR="008A5771" w:rsidRPr="00DC5E53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5844666">
    <w:abstractNumId w:val="8"/>
  </w:num>
  <w:num w:numId="2" w16cid:durableId="1050153250">
    <w:abstractNumId w:val="6"/>
  </w:num>
  <w:num w:numId="3" w16cid:durableId="1189871981">
    <w:abstractNumId w:val="5"/>
  </w:num>
  <w:num w:numId="4" w16cid:durableId="275141675">
    <w:abstractNumId w:val="4"/>
  </w:num>
  <w:num w:numId="5" w16cid:durableId="1371760101">
    <w:abstractNumId w:val="7"/>
  </w:num>
  <w:num w:numId="6" w16cid:durableId="1990133432">
    <w:abstractNumId w:val="3"/>
  </w:num>
  <w:num w:numId="7" w16cid:durableId="526795872">
    <w:abstractNumId w:val="2"/>
  </w:num>
  <w:num w:numId="8" w16cid:durableId="913322183">
    <w:abstractNumId w:val="1"/>
  </w:num>
  <w:num w:numId="9" w16cid:durableId="20175313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7619"/>
    <w:rsid w:val="001352B2"/>
    <w:rsid w:val="0015074B"/>
    <w:rsid w:val="0029639D"/>
    <w:rsid w:val="002D23F4"/>
    <w:rsid w:val="00326F90"/>
    <w:rsid w:val="00354665"/>
    <w:rsid w:val="00433187"/>
    <w:rsid w:val="00570F7A"/>
    <w:rsid w:val="00755041"/>
    <w:rsid w:val="008A5771"/>
    <w:rsid w:val="009E5646"/>
    <w:rsid w:val="00AA1D8D"/>
    <w:rsid w:val="00B47730"/>
    <w:rsid w:val="00BD64B0"/>
    <w:rsid w:val="00C16AE6"/>
    <w:rsid w:val="00C41168"/>
    <w:rsid w:val="00CB0664"/>
    <w:rsid w:val="00DC5E53"/>
    <w:rsid w:val="00E01E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A0F4093"/>
  <w14:defaultImageDpi w14:val="300"/>
  <w15:docId w15:val="{75324443-11F5-8940-A472-FD5487A3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ADEM BAŞPINAR</cp:lastModifiedBy>
  <cp:revision>7</cp:revision>
  <dcterms:created xsi:type="dcterms:W3CDTF">2013-12-23T23:15:00Z</dcterms:created>
  <dcterms:modified xsi:type="dcterms:W3CDTF">2026-06-20T09:47:00Z</dcterms:modified>
  <cp:category/>
</cp:coreProperties>
</file>