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ook w:val="04A0" w:firstRow="1" w:lastRow="0" w:firstColumn="1" w:lastColumn="0" w:noHBand="0" w:noVBand="1"/>
      </w:tblPr>
      <w:tblGrid>
        <w:gridCol w:w="9638"/>
      </w:tblGrid>
      <w:tr w:rsidR="00924780" w14:paraId="1FD29BBB" w14:textId="77777777">
        <w:trPr>
          <w:jc w:val="center"/>
        </w:trPr>
        <w:tc>
          <w:tcPr>
            <w:tcW w:w="9638" w:type="dxa"/>
            <w:tcBorders>
              <w:top w:val="single" w:sz="6" w:space="0" w:color="1F3A5F"/>
              <w:left w:val="single" w:sz="6" w:space="0" w:color="1F3A5F"/>
              <w:bottom w:val="single" w:sz="6" w:space="0" w:color="1F3A5F"/>
              <w:right w:val="single" w:sz="6" w:space="0" w:color="1F3A5F"/>
            </w:tcBorders>
            <w:shd w:val="clear" w:color="auto" w:fill="1F3A5F"/>
            <w:tcMar>
              <w:top w:w="180" w:type="dxa"/>
              <w:left w:w="160" w:type="dxa"/>
              <w:bottom w:w="180" w:type="dxa"/>
              <w:right w:w="160" w:type="dxa"/>
            </w:tcMar>
            <w:vAlign w:val="center"/>
          </w:tcPr>
          <w:p w14:paraId="372BA12A" w14:textId="3136F62A" w:rsidR="00924780" w:rsidRDefault="00D36AA0">
            <w:pPr>
              <w:spacing w:after="0" w:line="240" w:lineRule="auto"/>
              <w:jc w:val="center"/>
            </w:pPr>
            <w:r>
              <w:rPr>
                <w:b/>
                <w:color w:val="FFFFFF"/>
                <w:sz w:val="28"/>
                <w:lang w:val="tr-TR"/>
              </w:rPr>
              <w:t>Kemal Tahir Çalışmaları</w:t>
            </w:r>
            <w:r>
              <w:rPr>
                <w:b/>
                <w:color w:val="FFFFFF"/>
                <w:sz w:val="28"/>
              </w:rPr>
              <w:t xml:space="preserve"> </w:t>
            </w:r>
            <w:r w:rsidR="00064588">
              <w:rPr>
                <w:b/>
                <w:color w:val="FFFFFF"/>
                <w:sz w:val="28"/>
              </w:rPr>
              <w:t>— TITLE PAGE</w:t>
            </w:r>
          </w:p>
        </w:tc>
      </w:tr>
    </w:tbl>
    <w:p w14:paraId="6DAD15BE" w14:textId="77777777" w:rsidR="00924780" w:rsidRDefault="00924780">
      <w:pPr>
        <w:spacing w:after="40" w:line="240" w:lineRule="auto"/>
      </w:pPr>
    </w:p>
    <w:tbl>
      <w:tblPr>
        <w:tblW w:w="0" w:type="auto"/>
        <w:jc w:val="center"/>
        <w:tblLook w:val="04A0" w:firstRow="1" w:lastRow="0" w:firstColumn="1" w:lastColumn="0" w:noHBand="0" w:noVBand="1"/>
      </w:tblPr>
      <w:tblGrid>
        <w:gridCol w:w="9638"/>
      </w:tblGrid>
      <w:tr w:rsidR="00924780" w14:paraId="24317F1E" w14:textId="77777777">
        <w:trPr>
          <w:jc w:val="center"/>
        </w:trPr>
        <w:tc>
          <w:tcPr>
            <w:tcW w:w="9638" w:type="dxa"/>
            <w:tcBorders>
              <w:top w:val="single" w:sz="6" w:space="0" w:color="1F3A5F"/>
              <w:left w:val="single" w:sz="6" w:space="0" w:color="1F3A5F"/>
              <w:bottom w:val="single" w:sz="6" w:space="0" w:color="1F3A5F"/>
              <w:right w:val="single" w:sz="6" w:space="0" w:color="1F3A5F"/>
            </w:tcBorders>
            <w:shd w:val="clear" w:color="auto" w:fill="1F3A5F"/>
            <w:tcMar>
              <w:top w:w="80" w:type="dxa"/>
              <w:left w:w="160" w:type="dxa"/>
              <w:bottom w:w="80" w:type="dxa"/>
              <w:right w:w="160" w:type="dxa"/>
            </w:tcMar>
            <w:vAlign w:val="center"/>
          </w:tcPr>
          <w:p w14:paraId="6BE0A547" w14:textId="77777777" w:rsidR="00924780" w:rsidRDefault="00427AB1">
            <w:pPr>
              <w:spacing w:after="0" w:line="240" w:lineRule="auto"/>
            </w:pPr>
            <w:r>
              <w:rPr>
                <w:b/>
                <w:color w:val="FFFFFF"/>
                <w:sz w:val="22"/>
              </w:rPr>
              <w:t>1. TITLE</w:t>
            </w:r>
          </w:p>
        </w:tc>
      </w:tr>
    </w:tbl>
    <w:tbl>
      <w:tblPr>
        <w:tblW w:w="0" w:type="auto"/>
        <w:jc w:val="center"/>
        <w:tblLayout w:type="fixed"/>
        <w:tblLook w:val="04A0" w:firstRow="1" w:lastRow="0" w:firstColumn="1" w:lastColumn="0" w:noHBand="0" w:noVBand="1"/>
      </w:tblPr>
      <w:tblGrid>
        <w:gridCol w:w="2551"/>
        <w:gridCol w:w="7087"/>
      </w:tblGrid>
      <w:tr w:rsidR="00924780" w14:paraId="3EFCAFC4"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38B5E3E3" w14:textId="709A942F" w:rsidR="00924780" w:rsidRDefault="00427AB1">
            <w:pPr>
              <w:spacing w:after="0" w:line="240" w:lineRule="auto"/>
            </w:pPr>
            <w:r>
              <w:rPr>
                <w:b/>
                <w:color w:val="1F3A5F"/>
                <w:sz w:val="20"/>
              </w:rPr>
              <w:t>Title</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34F44B44" w14:textId="77777777" w:rsidR="00924780" w:rsidRDefault="00924780">
            <w:pPr>
              <w:spacing w:after="0" w:line="240" w:lineRule="auto"/>
            </w:pPr>
          </w:p>
          <w:p w14:paraId="1AF83457" w14:textId="77777777" w:rsidR="00924780" w:rsidRDefault="00924780">
            <w:pPr>
              <w:spacing w:after="0"/>
            </w:pPr>
          </w:p>
        </w:tc>
      </w:tr>
    </w:tbl>
    <w:p w14:paraId="69AB0809" w14:textId="77777777" w:rsidR="00924780" w:rsidRDefault="00924780">
      <w:pPr>
        <w:spacing w:after="80" w:line="240" w:lineRule="auto"/>
      </w:pPr>
    </w:p>
    <w:tbl>
      <w:tblPr>
        <w:tblW w:w="0" w:type="auto"/>
        <w:jc w:val="center"/>
        <w:tblLook w:val="04A0" w:firstRow="1" w:lastRow="0" w:firstColumn="1" w:lastColumn="0" w:noHBand="0" w:noVBand="1"/>
      </w:tblPr>
      <w:tblGrid>
        <w:gridCol w:w="20"/>
        <w:gridCol w:w="9618"/>
        <w:gridCol w:w="20"/>
      </w:tblGrid>
      <w:tr w:rsidR="00924780" w14:paraId="407841C6" w14:textId="77777777">
        <w:trPr>
          <w:gridAfter w:val="1"/>
          <w:wAfter w:w="20" w:type="dxa"/>
          <w:jc w:val="center"/>
        </w:trPr>
        <w:tc>
          <w:tcPr>
            <w:tcW w:w="9638" w:type="dxa"/>
            <w:gridSpan w:val="2"/>
            <w:tcBorders>
              <w:top w:val="single" w:sz="6" w:space="0" w:color="1F3A5F"/>
              <w:left w:val="single" w:sz="6" w:space="0" w:color="1F3A5F"/>
              <w:bottom w:val="single" w:sz="6" w:space="0" w:color="1F3A5F"/>
              <w:right w:val="single" w:sz="6" w:space="0" w:color="1F3A5F"/>
            </w:tcBorders>
            <w:shd w:val="clear" w:color="auto" w:fill="1F3A5F"/>
            <w:tcMar>
              <w:top w:w="80" w:type="dxa"/>
              <w:left w:w="160" w:type="dxa"/>
              <w:bottom w:w="80" w:type="dxa"/>
              <w:right w:w="160" w:type="dxa"/>
            </w:tcMar>
            <w:vAlign w:val="center"/>
          </w:tcPr>
          <w:p w14:paraId="616024FF" w14:textId="77777777" w:rsidR="00924780" w:rsidRDefault="00427AB1">
            <w:pPr>
              <w:spacing w:after="0" w:line="240" w:lineRule="auto"/>
            </w:pPr>
            <w:r>
              <w:rPr>
                <w:b/>
                <w:color w:val="FFFFFF"/>
                <w:sz w:val="22"/>
              </w:rPr>
              <w:t>2. AUTHORS</w:t>
            </w:r>
          </w:p>
        </w:tc>
      </w:tr>
      <w:tr w:rsidR="00924780" w14:paraId="4721C144" w14:textId="77777777">
        <w:trPr>
          <w:gridBefore w:val="1"/>
          <w:wBefore w:w="20" w:type="dxa"/>
          <w:jc w:val="center"/>
        </w:trPr>
        <w:tc>
          <w:tcPr>
            <w:tcW w:w="9638" w:type="dxa"/>
            <w:gridSpan w:val="2"/>
            <w:tcBorders>
              <w:top w:val="single" w:sz="6" w:space="0" w:color="BFC6D1"/>
              <w:left w:val="single" w:sz="6" w:space="0" w:color="BFC6D1"/>
              <w:bottom w:val="single" w:sz="6" w:space="0" w:color="BFC6D1"/>
              <w:right w:val="single" w:sz="6" w:space="0" w:color="BFC6D1"/>
            </w:tcBorders>
            <w:shd w:val="clear" w:color="auto" w:fill="E8ECF2"/>
            <w:tcMar>
              <w:top w:w="60" w:type="dxa"/>
              <w:left w:w="140" w:type="dxa"/>
              <w:bottom w:w="60" w:type="dxa"/>
              <w:right w:w="120" w:type="dxa"/>
            </w:tcMar>
            <w:vAlign w:val="center"/>
          </w:tcPr>
          <w:p w14:paraId="2DA8FDEA" w14:textId="77777777" w:rsidR="00924780" w:rsidRDefault="00427AB1">
            <w:pPr>
              <w:spacing w:after="0" w:line="240" w:lineRule="auto"/>
            </w:pPr>
            <w:r>
              <w:rPr>
                <w:b/>
                <w:color w:val="1F3A5F"/>
              </w:rPr>
              <w:t xml:space="preserve">Author </w:t>
            </w:r>
            <w:proofErr w:type="gramStart"/>
            <w:r>
              <w:rPr>
                <w:b/>
                <w:color w:val="1F3A5F"/>
              </w:rPr>
              <w:t>1  *</w:t>
            </w:r>
            <w:proofErr w:type="gramEnd"/>
            <w:r>
              <w:rPr>
                <w:b/>
                <w:color w:val="1F3A5F"/>
              </w:rPr>
              <w:t xml:space="preserve">  (Corresponding Author)</w:t>
            </w:r>
          </w:p>
        </w:tc>
      </w:tr>
    </w:tbl>
    <w:tbl>
      <w:tblPr>
        <w:tblW w:w="0" w:type="auto"/>
        <w:jc w:val="center"/>
        <w:tblLayout w:type="fixed"/>
        <w:tblLook w:val="04A0" w:firstRow="1" w:lastRow="0" w:firstColumn="1" w:lastColumn="0" w:noHBand="0" w:noVBand="1"/>
      </w:tblPr>
      <w:tblGrid>
        <w:gridCol w:w="2551"/>
        <w:gridCol w:w="7087"/>
      </w:tblGrid>
      <w:tr w:rsidR="00924780" w14:paraId="3D4534A1"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75001D93" w14:textId="77777777" w:rsidR="00924780" w:rsidRDefault="00427AB1">
            <w:pPr>
              <w:spacing w:after="0" w:line="240" w:lineRule="auto"/>
            </w:pPr>
            <w:r>
              <w:rPr>
                <w:b/>
                <w:color w:val="1F3A5F"/>
                <w:sz w:val="20"/>
              </w:rPr>
              <w:t>Full name</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207B825F" w14:textId="77777777" w:rsidR="00924780" w:rsidRDefault="00924780">
            <w:pPr>
              <w:spacing w:after="0" w:line="240" w:lineRule="auto"/>
            </w:pPr>
          </w:p>
        </w:tc>
      </w:tr>
      <w:tr w:rsidR="00924780" w14:paraId="5EC39D3D"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1D07D7A6" w14:textId="77777777" w:rsidR="00924780" w:rsidRDefault="00427AB1">
            <w:pPr>
              <w:spacing w:after="0" w:line="240" w:lineRule="auto"/>
            </w:pPr>
            <w:r>
              <w:rPr>
                <w:b/>
                <w:color w:val="1F3A5F"/>
                <w:sz w:val="20"/>
              </w:rPr>
              <w:t>Affiliation</w:t>
            </w:r>
            <w:r>
              <w:rPr>
                <w:i/>
                <w:color w:val="707070"/>
                <w:sz w:val="16"/>
              </w:rPr>
              <w:br/>
              <w:t>(University, Faculty, Department, City, Country)</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50E8BCF1" w14:textId="77777777" w:rsidR="00924780" w:rsidRDefault="00924780">
            <w:pPr>
              <w:spacing w:after="0" w:line="240" w:lineRule="auto"/>
            </w:pPr>
          </w:p>
          <w:p w14:paraId="0BA547E4" w14:textId="77777777" w:rsidR="00924780" w:rsidRDefault="00924780">
            <w:pPr>
              <w:spacing w:after="0"/>
            </w:pPr>
          </w:p>
        </w:tc>
      </w:tr>
      <w:tr w:rsidR="00924780" w14:paraId="2C90097B"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11741BD5" w14:textId="77777777" w:rsidR="00924780" w:rsidRDefault="00427AB1">
            <w:pPr>
              <w:spacing w:after="0" w:line="240" w:lineRule="auto"/>
            </w:pPr>
            <w:r>
              <w:rPr>
                <w:b/>
                <w:color w:val="1F3A5F"/>
                <w:sz w:val="20"/>
              </w:rPr>
              <w:t>E-mail</w:t>
            </w:r>
            <w:r>
              <w:rPr>
                <w:i/>
                <w:color w:val="707070"/>
                <w:sz w:val="16"/>
              </w:rPr>
              <w:br/>
              <w:t>(Preferably institutional)</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2E5C78B8" w14:textId="77777777" w:rsidR="00924780" w:rsidRDefault="00924780">
            <w:pPr>
              <w:spacing w:after="0" w:line="240" w:lineRule="auto"/>
            </w:pPr>
          </w:p>
        </w:tc>
      </w:tr>
      <w:tr w:rsidR="00924780" w14:paraId="1BF717FF"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2CC876F8" w14:textId="77777777" w:rsidR="00924780" w:rsidRDefault="00427AB1">
            <w:pPr>
              <w:spacing w:after="0" w:line="240" w:lineRule="auto"/>
            </w:pPr>
            <w:r>
              <w:rPr>
                <w:b/>
                <w:color w:val="1F3A5F"/>
                <w:sz w:val="20"/>
              </w:rPr>
              <w:t>ORCID</w:t>
            </w:r>
            <w:r>
              <w:rPr>
                <w:i/>
                <w:color w:val="707070"/>
                <w:sz w:val="16"/>
              </w:rPr>
              <w:br/>
              <w:t>(0000-0000-0000-0000 — required)</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2188E648" w14:textId="77777777" w:rsidR="00924780" w:rsidRDefault="00924780">
            <w:pPr>
              <w:spacing w:after="0" w:line="240" w:lineRule="auto"/>
            </w:pPr>
          </w:p>
        </w:tc>
      </w:tr>
      <w:tr w:rsidR="00924780" w14:paraId="159DCBD8"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7160622F" w14:textId="77777777" w:rsidR="00924780" w:rsidRDefault="00427AB1">
            <w:pPr>
              <w:spacing w:after="0" w:line="240" w:lineRule="auto"/>
            </w:pPr>
            <w:r>
              <w:rPr>
                <w:b/>
                <w:color w:val="1F3A5F"/>
                <w:sz w:val="20"/>
              </w:rPr>
              <w:t>Mailing address</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9A38908" w14:textId="77777777" w:rsidR="00924780" w:rsidRDefault="00924780">
            <w:pPr>
              <w:spacing w:after="0" w:line="240" w:lineRule="auto"/>
            </w:pPr>
          </w:p>
          <w:p w14:paraId="31CCB739" w14:textId="77777777" w:rsidR="00924780" w:rsidRDefault="00924780">
            <w:pPr>
              <w:spacing w:after="0"/>
            </w:pPr>
          </w:p>
        </w:tc>
      </w:tr>
      <w:tr w:rsidR="00924780" w14:paraId="05E59403"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61A1D18B" w14:textId="77777777" w:rsidR="00924780" w:rsidRDefault="00427AB1">
            <w:pPr>
              <w:spacing w:after="0" w:line="240" w:lineRule="auto"/>
            </w:pPr>
            <w:r>
              <w:rPr>
                <w:b/>
                <w:color w:val="1F3A5F"/>
                <w:sz w:val="20"/>
              </w:rPr>
              <w:t>Phone</w:t>
            </w:r>
            <w:r>
              <w:rPr>
                <w:i/>
                <w:color w:val="707070"/>
                <w:sz w:val="16"/>
              </w:rPr>
              <w:br/>
              <w:t>(Optional)</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7F0A48E" w14:textId="77777777" w:rsidR="00924780" w:rsidRDefault="00924780">
            <w:pPr>
              <w:spacing w:after="0" w:line="240" w:lineRule="auto"/>
            </w:pPr>
          </w:p>
        </w:tc>
      </w:tr>
    </w:tbl>
    <w:p w14:paraId="536BE1F3" w14:textId="77777777" w:rsidR="00924780" w:rsidRDefault="00924780">
      <w:pPr>
        <w:spacing w:after="80" w:line="240" w:lineRule="auto"/>
      </w:pPr>
    </w:p>
    <w:tbl>
      <w:tblPr>
        <w:tblW w:w="0" w:type="auto"/>
        <w:jc w:val="center"/>
        <w:tblLook w:val="04A0" w:firstRow="1" w:lastRow="0" w:firstColumn="1" w:lastColumn="0" w:noHBand="0" w:noVBand="1"/>
      </w:tblPr>
      <w:tblGrid>
        <w:gridCol w:w="9638"/>
      </w:tblGrid>
      <w:tr w:rsidR="00924780" w14:paraId="4F4A344B" w14:textId="77777777">
        <w:trPr>
          <w:jc w:val="center"/>
        </w:trPr>
        <w:tc>
          <w:tcPr>
            <w:tcW w:w="9638" w:type="dxa"/>
            <w:tcBorders>
              <w:top w:val="single" w:sz="6" w:space="0" w:color="BFC6D1"/>
              <w:left w:val="single" w:sz="6" w:space="0" w:color="BFC6D1"/>
              <w:bottom w:val="single" w:sz="6" w:space="0" w:color="BFC6D1"/>
              <w:right w:val="single" w:sz="6" w:space="0" w:color="BFC6D1"/>
            </w:tcBorders>
            <w:shd w:val="clear" w:color="auto" w:fill="E8ECF2"/>
            <w:tcMar>
              <w:top w:w="60" w:type="dxa"/>
              <w:left w:w="140" w:type="dxa"/>
              <w:bottom w:w="60" w:type="dxa"/>
              <w:right w:w="120" w:type="dxa"/>
            </w:tcMar>
            <w:vAlign w:val="center"/>
          </w:tcPr>
          <w:p w14:paraId="6CC7FD38" w14:textId="77777777" w:rsidR="00924780" w:rsidRDefault="00427AB1">
            <w:pPr>
              <w:spacing w:after="0" w:line="240" w:lineRule="auto"/>
            </w:pPr>
            <w:r>
              <w:rPr>
                <w:b/>
                <w:color w:val="1F3A5F"/>
              </w:rPr>
              <w:t>Author 2</w:t>
            </w:r>
          </w:p>
        </w:tc>
      </w:tr>
    </w:tbl>
    <w:tbl>
      <w:tblPr>
        <w:tblW w:w="0" w:type="auto"/>
        <w:jc w:val="center"/>
        <w:tblLayout w:type="fixed"/>
        <w:tblLook w:val="04A0" w:firstRow="1" w:lastRow="0" w:firstColumn="1" w:lastColumn="0" w:noHBand="0" w:noVBand="1"/>
      </w:tblPr>
      <w:tblGrid>
        <w:gridCol w:w="2551"/>
        <w:gridCol w:w="7087"/>
      </w:tblGrid>
      <w:tr w:rsidR="00924780" w14:paraId="12248B01"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6CC5111D" w14:textId="77777777" w:rsidR="00924780" w:rsidRDefault="00427AB1">
            <w:pPr>
              <w:spacing w:after="0" w:line="240" w:lineRule="auto"/>
            </w:pPr>
            <w:r>
              <w:rPr>
                <w:b/>
                <w:color w:val="1F3A5F"/>
                <w:sz w:val="20"/>
              </w:rPr>
              <w:t>Full name</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5F2E66A4" w14:textId="77777777" w:rsidR="00924780" w:rsidRDefault="00924780">
            <w:pPr>
              <w:spacing w:after="0" w:line="240" w:lineRule="auto"/>
            </w:pPr>
          </w:p>
        </w:tc>
      </w:tr>
      <w:tr w:rsidR="00924780" w14:paraId="6E40D230"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2B541ACE" w14:textId="77777777" w:rsidR="00924780" w:rsidRDefault="00427AB1">
            <w:pPr>
              <w:spacing w:after="0" w:line="240" w:lineRule="auto"/>
            </w:pPr>
            <w:r>
              <w:rPr>
                <w:b/>
                <w:color w:val="1F3A5F"/>
                <w:sz w:val="20"/>
              </w:rPr>
              <w:t>Affiliation</w:t>
            </w:r>
            <w:r>
              <w:rPr>
                <w:i/>
                <w:color w:val="707070"/>
                <w:sz w:val="16"/>
              </w:rPr>
              <w:br/>
              <w:t>(University, Faculty, Department, City, Country)</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5495279A" w14:textId="77777777" w:rsidR="00924780" w:rsidRDefault="00924780">
            <w:pPr>
              <w:spacing w:after="0" w:line="240" w:lineRule="auto"/>
            </w:pPr>
          </w:p>
          <w:p w14:paraId="791D25D2" w14:textId="77777777" w:rsidR="00924780" w:rsidRDefault="00924780">
            <w:pPr>
              <w:spacing w:after="0"/>
            </w:pPr>
          </w:p>
        </w:tc>
      </w:tr>
      <w:tr w:rsidR="00924780" w14:paraId="0D03ABE0"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47CC60AA" w14:textId="77777777" w:rsidR="00924780" w:rsidRDefault="00427AB1">
            <w:pPr>
              <w:spacing w:after="0" w:line="240" w:lineRule="auto"/>
            </w:pPr>
            <w:r>
              <w:rPr>
                <w:b/>
                <w:color w:val="1F3A5F"/>
                <w:sz w:val="20"/>
              </w:rPr>
              <w:t>E-mail</w:t>
            </w:r>
            <w:r>
              <w:rPr>
                <w:i/>
                <w:color w:val="707070"/>
                <w:sz w:val="16"/>
              </w:rPr>
              <w:br/>
              <w:t>(Preferably institutional)</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06A542E3" w14:textId="77777777" w:rsidR="00924780" w:rsidRDefault="00924780">
            <w:pPr>
              <w:spacing w:after="0" w:line="240" w:lineRule="auto"/>
            </w:pPr>
          </w:p>
        </w:tc>
      </w:tr>
      <w:tr w:rsidR="00924780" w14:paraId="64C19CE2"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60E566B2" w14:textId="77777777" w:rsidR="00924780" w:rsidRDefault="00427AB1">
            <w:pPr>
              <w:spacing w:after="0" w:line="240" w:lineRule="auto"/>
            </w:pPr>
            <w:r>
              <w:rPr>
                <w:b/>
                <w:color w:val="1F3A5F"/>
                <w:sz w:val="20"/>
              </w:rPr>
              <w:t>ORCID</w:t>
            </w:r>
            <w:r>
              <w:rPr>
                <w:i/>
                <w:color w:val="707070"/>
                <w:sz w:val="16"/>
              </w:rPr>
              <w:br/>
              <w:t>(0000-0000-0000-0000 — required)</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5BA1AEF4" w14:textId="77777777" w:rsidR="00924780" w:rsidRDefault="00924780">
            <w:pPr>
              <w:spacing w:after="0" w:line="240" w:lineRule="auto"/>
            </w:pPr>
          </w:p>
        </w:tc>
      </w:tr>
    </w:tbl>
    <w:p w14:paraId="72AC668F" w14:textId="77777777" w:rsidR="00924780" w:rsidRDefault="00924780">
      <w:pPr>
        <w:spacing w:after="80" w:line="240" w:lineRule="auto"/>
      </w:pPr>
    </w:p>
    <w:tbl>
      <w:tblPr>
        <w:tblW w:w="0" w:type="auto"/>
        <w:jc w:val="center"/>
        <w:tblLook w:val="04A0" w:firstRow="1" w:lastRow="0" w:firstColumn="1" w:lastColumn="0" w:noHBand="0" w:noVBand="1"/>
      </w:tblPr>
      <w:tblGrid>
        <w:gridCol w:w="9638"/>
      </w:tblGrid>
      <w:tr w:rsidR="00924780" w14:paraId="7E676C57" w14:textId="77777777">
        <w:trPr>
          <w:jc w:val="center"/>
        </w:trPr>
        <w:tc>
          <w:tcPr>
            <w:tcW w:w="9638" w:type="dxa"/>
            <w:tcBorders>
              <w:top w:val="single" w:sz="6" w:space="0" w:color="BFC6D1"/>
              <w:left w:val="single" w:sz="6" w:space="0" w:color="BFC6D1"/>
              <w:bottom w:val="single" w:sz="6" w:space="0" w:color="BFC6D1"/>
              <w:right w:val="single" w:sz="6" w:space="0" w:color="BFC6D1"/>
            </w:tcBorders>
            <w:shd w:val="clear" w:color="auto" w:fill="E8ECF2"/>
            <w:tcMar>
              <w:top w:w="60" w:type="dxa"/>
              <w:left w:w="140" w:type="dxa"/>
              <w:bottom w:w="60" w:type="dxa"/>
              <w:right w:w="120" w:type="dxa"/>
            </w:tcMar>
            <w:vAlign w:val="center"/>
          </w:tcPr>
          <w:p w14:paraId="5AE781B2" w14:textId="77777777" w:rsidR="00924780" w:rsidRDefault="00427AB1">
            <w:pPr>
              <w:spacing w:after="0" w:line="240" w:lineRule="auto"/>
            </w:pPr>
            <w:r>
              <w:rPr>
                <w:b/>
                <w:color w:val="1F3A5F"/>
              </w:rPr>
              <w:t>Author 3</w:t>
            </w:r>
          </w:p>
        </w:tc>
      </w:tr>
    </w:tbl>
    <w:tbl>
      <w:tblPr>
        <w:tblW w:w="0" w:type="auto"/>
        <w:jc w:val="center"/>
        <w:tblLayout w:type="fixed"/>
        <w:tblLook w:val="04A0" w:firstRow="1" w:lastRow="0" w:firstColumn="1" w:lastColumn="0" w:noHBand="0" w:noVBand="1"/>
      </w:tblPr>
      <w:tblGrid>
        <w:gridCol w:w="2551"/>
        <w:gridCol w:w="7087"/>
      </w:tblGrid>
      <w:tr w:rsidR="00924780" w14:paraId="286EED0C"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60B44E46" w14:textId="77777777" w:rsidR="00924780" w:rsidRDefault="00427AB1">
            <w:pPr>
              <w:spacing w:after="0" w:line="240" w:lineRule="auto"/>
            </w:pPr>
            <w:r>
              <w:rPr>
                <w:b/>
                <w:color w:val="1F3A5F"/>
                <w:sz w:val="20"/>
              </w:rPr>
              <w:t>Full name</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002BB943" w14:textId="77777777" w:rsidR="00924780" w:rsidRDefault="00924780">
            <w:pPr>
              <w:spacing w:after="0" w:line="240" w:lineRule="auto"/>
            </w:pPr>
          </w:p>
        </w:tc>
      </w:tr>
      <w:tr w:rsidR="00924780" w14:paraId="0273C283"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57A945EC" w14:textId="77777777" w:rsidR="00924780" w:rsidRDefault="00427AB1">
            <w:pPr>
              <w:spacing w:after="0" w:line="240" w:lineRule="auto"/>
            </w:pPr>
            <w:r>
              <w:rPr>
                <w:b/>
                <w:color w:val="1F3A5F"/>
                <w:sz w:val="20"/>
              </w:rPr>
              <w:t>Affiliation</w:t>
            </w:r>
            <w:r>
              <w:rPr>
                <w:i/>
                <w:color w:val="707070"/>
                <w:sz w:val="16"/>
              </w:rPr>
              <w:br/>
            </w:r>
            <w:r>
              <w:rPr>
                <w:i/>
                <w:color w:val="707070"/>
                <w:sz w:val="16"/>
              </w:rPr>
              <w:t>(University, Faculty, Department, City, Country)</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3EC43A2" w14:textId="77777777" w:rsidR="00924780" w:rsidRDefault="00924780">
            <w:pPr>
              <w:spacing w:after="0" w:line="240" w:lineRule="auto"/>
            </w:pPr>
          </w:p>
          <w:p w14:paraId="69EB499C" w14:textId="77777777" w:rsidR="00924780" w:rsidRDefault="00924780">
            <w:pPr>
              <w:spacing w:after="0"/>
            </w:pPr>
          </w:p>
        </w:tc>
      </w:tr>
      <w:tr w:rsidR="00924780" w14:paraId="50F3F046"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2DF9D117" w14:textId="77777777" w:rsidR="00924780" w:rsidRDefault="00427AB1">
            <w:pPr>
              <w:spacing w:after="0" w:line="240" w:lineRule="auto"/>
            </w:pPr>
            <w:r>
              <w:rPr>
                <w:b/>
                <w:color w:val="1F3A5F"/>
                <w:sz w:val="20"/>
              </w:rPr>
              <w:t>E-mail</w:t>
            </w:r>
            <w:r>
              <w:rPr>
                <w:i/>
                <w:color w:val="707070"/>
                <w:sz w:val="16"/>
              </w:rPr>
              <w:br/>
              <w:t>(Preferably institutional)</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63D72D5B" w14:textId="77777777" w:rsidR="00924780" w:rsidRDefault="00924780">
            <w:pPr>
              <w:spacing w:after="0" w:line="240" w:lineRule="auto"/>
            </w:pPr>
          </w:p>
        </w:tc>
      </w:tr>
      <w:tr w:rsidR="00924780" w14:paraId="078C6078"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39557CB4" w14:textId="77777777" w:rsidR="00924780" w:rsidRDefault="00427AB1">
            <w:pPr>
              <w:spacing w:after="0" w:line="240" w:lineRule="auto"/>
            </w:pPr>
            <w:r>
              <w:rPr>
                <w:b/>
                <w:color w:val="1F3A5F"/>
                <w:sz w:val="20"/>
              </w:rPr>
              <w:t>ORCID</w:t>
            </w:r>
            <w:r>
              <w:rPr>
                <w:i/>
                <w:color w:val="707070"/>
                <w:sz w:val="16"/>
              </w:rPr>
              <w:br/>
              <w:t>(0000-0000-0000-0000 — required)</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F9DE5FA" w14:textId="77777777" w:rsidR="00924780" w:rsidRDefault="00924780">
            <w:pPr>
              <w:spacing w:after="0" w:line="240" w:lineRule="auto"/>
            </w:pPr>
          </w:p>
        </w:tc>
      </w:tr>
    </w:tbl>
    <w:p w14:paraId="2F5D9B5C" w14:textId="77777777" w:rsidR="00924780" w:rsidRDefault="00924780">
      <w:pPr>
        <w:spacing w:after="80" w:line="240" w:lineRule="auto"/>
      </w:pPr>
    </w:p>
    <w:p w14:paraId="3B807835" w14:textId="70F3B661" w:rsidR="00924780" w:rsidRDefault="00427AB1">
      <w:r>
        <w:rPr>
          <w:i/>
          <w:color w:val="707070"/>
          <w:sz w:val="17"/>
        </w:rPr>
        <w:t>If there are more than three authors, copy the same block.</w:t>
      </w:r>
      <w:r>
        <w:br w:type="page"/>
      </w:r>
    </w:p>
    <w:tbl>
      <w:tblPr>
        <w:tblW w:w="0" w:type="auto"/>
        <w:jc w:val="center"/>
        <w:tblLook w:val="04A0" w:firstRow="1" w:lastRow="0" w:firstColumn="1" w:lastColumn="0" w:noHBand="0" w:noVBand="1"/>
      </w:tblPr>
      <w:tblGrid>
        <w:gridCol w:w="9638"/>
      </w:tblGrid>
      <w:tr w:rsidR="00924780" w14:paraId="1DC97D54" w14:textId="77777777">
        <w:trPr>
          <w:jc w:val="center"/>
        </w:trPr>
        <w:tc>
          <w:tcPr>
            <w:tcW w:w="9638" w:type="dxa"/>
            <w:tcBorders>
              <w:top w:val="single" w:sz="6" w:space="0" w:color="1F3A5F"/>
              <w:left w:val="single" w:sz="6" w:space="0" w:color="1F3A5F"/>
              <w:bottom w:val="single" w:sz="6" w:space="0" w:color="1F3A5F"/>
              <w:right w:val="single" w:sz="6" w:space="0" w:color="1F3A5F"/>
            </w:tcBorders>
            <w:shd w:val="clear" w:color="auto" w:fill="1F3A5F"/>
            <w:tcMar>
              <w:top w:w="80" w:type="dxa"/>
              <w:left w:w="160" w:type="dxa"/>
              <w:bottom w:w="80" w:type="dxa"/>
              <w:right w:w="160" w:type="dxa"/>
            </w:tcMar>
            <w:vAlign w:val="center"/>
          </w:tcPr>
          <w:p w14:paraId="4A9052E8" w14:textId="77777777" w:rsidR="00924780" w:rsidRDefault="00427AB1">
            <w:pPr>
              <w:spacing w:after="0" w:line="240" w:lineRule="auto"/>
            </w:pPr>
            <w:r>
              <w:rPr>
                <w:b/>
                <w:color w:val="FFFFFF"/>
                <w:sz w:val="22"/>
              </w:rPr>
              <w:lastRenderedPageBreak/>
              <w:t>3. ABSTRACT AND KEYWORDS</w:t>
            </w:r>
          </w:p>
        </w:tc>
      </w:tr>
    </w:tbl>
    <w:tbl>
      <w:tblPr>
        <w:tblW w:w="0" w:type="auto"/>
        <w:jc w:val="center"/>
        <w:tblLayout w:type="fixed"/>
        <w:tblLook w:val="04A0" w:firstRow="1" w:lastRow="0" w:firstColumn="1" w:lastColumn="0" w:noHBand="0" w:noVBand="1"/>
      </w:tblPr>
      <w:tblGrid>
        <w:gridCol w:w="2551"/>
        <w:gridCol w:w="7087"/>
      </w:tblGrid>
      <w:tr w:rsidR="00924780" w14:paraId="55C77489"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1CCE3F46" w14:textId="77777777" w:rsidR="00924780" w:rsidRDefault="00427AB1">
            <w:pPr>
              <w:spacing w:after="0" w:line="240" w:lineRule="auto"/>
            </w:pPr>
            <w:r>
              <w:rPr>
                <w:b/>
                <w:color w:val="1F3A5F"/>
                <w:sz w:val="20"/>
              </w:rPr>
              <w:t>Abstract</w:t>
            </w:r>
            <w:r>
              <w:rPr>
                <w:i/>
                <w:color w:val="707070"/>
                <w:sz w:val="16"/>
              </w:rPr>
              <w:br/>
              <w:t>(150–250 words; purpose, method, findings, conclusion)</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2F5E2597" w14:textId="77777777" w:rsidR="00924780" w:rsidRDefault="00924780">
            <w:pPr>
              <w:spacing w:after="0" w:line="240" w:lineRule="auto"/>
            </w:pPr>
          </w:p>
          <w:p w14:paraId="49D4DE6F" w14:textId="77777777" w:rsidR="00924780" w:rsidRDefault="00924780">
            <w:pPr>
              <w:spacing w:after="0"/>
            </w:pPr>
          </w:p>
          <w:p w14:paraId="0666143B" w14:textId="77777777" w:rsidR="00924780" w:rsidRDefault="00924780">
            <w:pPr>
              <w:spacing w:after="0"/>
            </w:pPr>
          </w:p>
          <w:p w14:paraId="1522CEFD" w14:textId="77777777" w:rsidR="00924780" w:rsidRDefault="00924780">
            <w:pPr>
              <w:spacing w:after="0"/>
            </w:pPr>
          </w:p>
          <w:p w14:paraId="736B722F" w14:textId="77777777" w:rsidR="00924780" w:rsidRDefault="00924780">
            <w:pPr>
              <w:spacing w:after="0"/>
            </w:pPr>
          </w:p>
          <w:p w14:paraId="7C0870B4" w14:textId="77777777" w:rsidR="00924780" w:rsidRDefault="00924780">
            <w:pPr>
              <w:spacing w:after="0"/>
            </w:pPr>
          </w:p>
          <w:p w14:paraId="6AD89E5A" w14:textId="77777777" w:rsidR="00924780" w:rsidRDefault="00924780">
            <w:pPr>
              <w:spacing w:after="0"/>
            </w:pPr>
          </w:p>
          <w:p w14:paraId="133FD15E" w14:textId="77777777" w:rsidR="00924780" w:rsidRDefault="00924780">
            <w:pPr>
              <w:spacing w:after="0"/>
            </w:pPr>
          </w:p>
          <w:p w14:paraId="124FC191" w14:textId="77777777" w:rsidR="00924780" w:rsidRDefault="00924780">
            <w:pPr>
              <w:spacing w:after="0"/>
            </w:pPr>
          </w:p>
          <w:p w14:paraId="18C196EB" w14:textId="77777777" w:rsidR="00924780" w:rsidRDefault="00924780">
            <w:pPr>
              <w:spacing w:after="0"/>
            </w:pPr>
          </w:p>
        </w:tc>
      </w:tr>
      <w:tr w:rsidR="00924780" w14:paraId="4CF3746C"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5FCE8A54" w14:textId="77777777" w:rsidR="00924780" w:rsidRDefault="00427AB1">
            <w:pPr>
              <w:spacing w:after="0" w:line="240" w:lineRule="auto"/>
            </w:pPr>
            <w:r>
              <w:rPr>
                <w:b/>
                <w:color w:val="1F3A5F"/>
                <w:sz w:val="20"/>
              </w:rPr>
              <w:t>Keywords</w:t>
            </w:r>
            <w:r>
              <w:rPr>
                <w:i/>
                <w:color w:val="707070"/>
                <w:sz w:val="16"/>
              </w:rPr>
              <w:br/>
              <w:t>(3–6 terms)</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19D9B33" w14:textId="77777777" w:rsidR="00924780" w:rsidRDefault="00924780">
            <w:pPr>
              <w:spacing w:after="0" w:line="240" w:lineRule="auto"/>
            </w:pPr>
          </w:p>
          <w:p w14:paraId="6657AF78" w14:textId="77777777" w:rsidR="00924780" w:rsidRDefault="00924780">
            <w:pPr>
              <w:spacing w:after="0"/>
            </w:pPr>
          </w:p>
        </w:tc>
      </w:tr>
    </w:tbl>
    <w:p w14:paraId="32C6274E" w14:textId="77777777" w:rsidR="00924780" w:rsidRDefault="00924780">
      <w:pPr>
        <w:spacing w:after="80" w:line="240" w:lineRule="auto"/>
      </w:pPr>
    </w:p>
    <w:tbl>
      <w:tblPr>
        <w:tblW w:w="0" w:type="auto"/>
        <w:jc w:val="center"/>
        <w:tblLook w:val="04A0" w:firstRow="1" w:lastRow="0" w:firstColumn="1" w:lastColumn="0" w:noHBand="0" w:noVBand="1"/>
      </w:tblPr>
      <w:tblGrid>
        <w:gridCol w:w="9638"/>
      </w:tblGrid>
      <w:tr w:rsidR="00924780" w14:paraId="57B41E36" w14:textId="77777777">
        <w:trPr>
          <w:jc w:val="center"/>
        </w:trPr>
        <w:tc>
          <w:tcPr>
            <w:tcW w:w="9638" w:type="dxa"/>
            <w:tcBorders>
              <w:top w:val="single" w:sz="6" w:space="0" w:color="1F3A5F"/>
              <w:left w:val="single" w:sz="6" w:space="0" w:color="1F3A5F"/>
              <w:bottom w:val="single" w:sz="6" w:space="0" w:color="1F3A5F"/>
              <w:right w:val="single" w:sz="6" w:space="0" w:color="1F3A5F"/>
            </w:tcBorders>
            <w:shd w:val="clear" w:color="auto" w:fill="1F3A5F"/>
            <w:tcMar>
              <w:top w:w="80" w:type="dxa"/>
              <w:left w:w="160" w:type="dxa"/>
              <w:bottom w:w="80" w:type="dxa"/>
              <w:right w:w="160" w:type="dxa"/>
            </w:tcMar>
            <w:vAlign w:val="center"/>
          </w:tcPr>
          <w:p w14:paraId="76DEAD87" w14:textId="77777777" w:rsidR="00924780" w:rsidRDefault="00427AB1">
            <w:pPr>
              <w:spacing w:after="0" w:line="240" w:lineRule="auto"/>
            </w:pPr>
            <w:r>
              <w:rPr>
                <w:b/>
                <w:color w:val="FFFFFF"/>
                <w:sz w:val="22"/>
              </w:rPr>
              <w:t>4. REQUIRED STATEMENTS</w:t>
            </w:r>
          </w:p>
        </w:tc>
      </w:tr>
    </w:tbl>
    <w:tbl>
      <w:tblPr>
        <w:tblW w:w="0" w:type="auto"/>
        <w:jc w:val="center"/>
        <w:tblLayout w:type="fixed"/>
        <w:tblLook w:val="04A0" w:firstRow="1" w:lastRow="0" w:firstColumn="1" w:lastColumn="0" w:noHBand="0" w:noVBand="1"/>
      </w:tblPr>
      <w:tblGrid>
        <w:gridCol w:w="2551"/>
        <w:gridCol w:w="7087"/>
      </w:tblGrid>
      <w:tr w:rsidR="00924780" w14:paraId="539A1E58"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45C0F8CC" w14:textId="77777777" w:rsidR="00924780" w:rsidRDefault="00427AB1">
            <w:pPr>
              <w:spacing w:after="0" w:line="240" w:lineRule="auto"/>
            </w:pPr>
            <w:r>
              <w:rPr>
                <w:b/>
                <w:color w:val="1F3A5F"/>
                <w:sz w:val="20"/>
              </w:rPr>
              <w:t>Author Contributions (</w:t>
            </w:r>
            <w:proofErr w:type="spellStart"/>
            <w:r>
              <w:rPr>
                <w:b/>
                <w:color w:val="1F3A5F"/>
                <w:sz w:val="20"/>
              </w:rPr>
              <w:t>CRediT</w:t>
            </w:r>
            <w:proofErr w:type="spellEnd"/>
            <w:r>
              <w:rPr>
                <w:b/>
                <w:color w:val="1F3A5F"/>
                <w:sz w:val="20"/>
              </w:rPr>
              <w:t>)</w:t>
            </w:r>
            <w:r>
              <w:rPr>
                <w:i/>
                <w:color w:val="707070"/>
                <w:sz w:val="16"/>
              </w:rPr>
              <w:br/>
            </w:r>
            <w:r>
              <w:rPr>
                <w:i/>
                <w:color w:val="707070"/>
                <w:sz w:val="16"/>
              </w:rPr>
              <w:t>(E.g.: "Conceptualization, A.Y.; methodology, A.Y. and B.D.; formal analysis, B.D.; writing—original draft preparation, A.Y.; writing—review and editing, B.D. All authors have read and agreed to the published version of the manuscript.")</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71583CD" w14:textId="77777777" w:rsidR="00924780" w:rsidRDefault="00924780">
            <w:pPr>
              <w:spacing w:after="0" w:line="240" w:lineRule="auto"/>
            </w:pPr>
          </w:p>
          <w:p w14:paraId="2F6E1336" w14:textId="77777777" w:rsidR="00924780" w:rsidRDefault="00924780">
            <w:pPr>
              <w:spacing w:after="0"/>
            </w:pPr>
          </w:p>
          <w:p w14:paraId="2CE3B9E3" w14:textId="77777777" w:rsidR="00924780" w:rsidRDefault="00924780">
            <w:pPr>
              <w:spacing w:after="0"/>
            </w:pPr>
          </w:p>
          <w:p w14:paraId="375F06F1" w14:textId="77777777" w:rsidR="00924780" w:rsidRDefault="00924780">
            <w:pPr>
              <w:spacing w:after="0"/>
            </w:pPr>
          </w:p>
        </w:tc>
      </w:tr>
      <w:tr w:rsidR="00924780" w14:paraId="35A8FCA7"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5A8B0B28" w14:textId="77777777" w:rsidR="00924780" w:rsidRDefault="00427AB1">
            <w:pPr>
              <w:spacing w:after="0" w:line="240" w:lineRule="auto"/>
            </w:pPr>
            <w:r>
              <w:rPr>
                <w:b/>
                <w:color w:val="1F3A5F"/>
                <w:sz w:val="20"/>
              </w:rPr>
              <w:t>Funding</w:t>
            </w:r>
            <w:r>
              <w:rPr>
                <w:i/>
                <w:color w:val="707070"/>
                <w:sz w:val="16"/>
              </w:rPr>
              <w:br/>
              <w:t>(If none: "This research received no external funding.")</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2337DAAB" w14:textId="77777777" w:rsidR="00924780" w:rsidRDefault="00924780">
            <w:pPr>
              <w:spacing w:after="0" w:line="240" w:lineRule="auto"/>
            </w:pPr>
          </w:p>
          <w:p w14:paraId="30CCA37F" w14:textId="77777777" w:rsidR="00924780" w:rsidRDefault="00924780">
            <w:pPr>
              <w:spacing w:after="0"/>
            </w:pPr>
          </w:p>
        </w:tc>
      </w:tr>
      <w:tr w:rsidR="00924780" w14:paraId="462CE1E4"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2EF17161" w14:textId="77777777" w:rsidR="00924780" w:rsidRDefault="00427AB1">
            <w:pPr>
              <w:spacing w:after="0" w:line="240" w:lineRule="auto"/>
            </w:pPr>
            <w:r>
              <w:rPr>
                <w:b/>
                <w:color w:val="1F3A5F"/>
                <w:sz w:val="20"/>
              </w:rPr>
              <w:t>Institutional Review Board Statement</w:t>
            </w:r>
            <w:r>
              <w:rPr>
                <w:i/>
                <w:color w:val="707070"/>
                <w:sz w:val="16"/>
              </w:rPr>
              <w:br/>
              <w:t>(Committee name, protocol code, date; compliance with the Declaration of Helsinki)</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7F97607D" w14:textId="77777777" w:rsidR="00924780" w:rsidRDefault="00924780">
            <w:pPr>
              <w:spacing w:after="0" w:line="240" w:lineRule="auto"/>
            </w:pPr>
          </w:p>
          <w:p w14:paraId="6D5D9BD6" w14:textId="77777777" w:rsidR="00924780" w:rsidRDefault="00924780">
            <w:pPr>
              <w:spacing w:after="0"/>
            </w:pPr>
          </w:p>
          <w:p w14:paraId="3B304752" w14:textId="77777777" w:rsidR="00924780" w:rsidRDefault="00924780">
            <w:pPr>
              <w:spacing w:after="0"/>
            </w:pPr>
          </w:p>
        </w:tc>
      </w:tr>
      <w:tr w:rsidR="00924780" w14:paraId="54D6E269"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42E2BE25" w14:textId="77777777" w:rsidR="00924780" w:rsidRDefault="00427AB1">
            <w:pPr>
              <w:spacing w:after="0" w:line="240" w:lineRule="auto"/>
            </w:pPr>
            <w:r>
              <w:rPr>
                <w:b/>
                <w:color w:val="1F3A5F"/>
                <w:sz w:val="20"/>
              </w:rPr>
              <w:t>Informed Consent Statement</w:t>
            </w:r>
            <w:r>
              <w:rPr>
                <w:i/>
                <w:color w:val="707070"/>
                <w:sz w:val="16"/>
              </w:rPr>
              <w:br/>
            </w:r>
            <w:r>
              <w:rPr>
                <w:i/>
                <w:color w:val="707070"/>
                <w:sz w:val="16"/>
              </w:rPr>
              <w:t>(Written / verbal informed consent statement)</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0FA574E0" w14:textId="77777777" w:rsidR="00924780" w:rsidRDefault="00924780">
            <w:pPr>
              <w:spacing w:after="0" w:line="240" w:lineRule="auto"/>
            </w:pPr>
          </w:p>
          <w:p w14:paraId="59816A46" w14:textId="77777777" w:rsidR="00924780" w:rsidRDefault="00924780">
            <w:pPr>
              <w:spacing w:after="0"/>
            </w:pPr>
          </w:p>
        </w:tc>
      </w:tr>
      <w:tr w:rsidR="00924780" w14:paraId="40ED160C"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52B8ADF6" w14:textId="77777777" w:rsidR="00924780" w:rsidRDefault="00427AB1">
            <w:pPr>
              <w:spacing w:after="0" w:line="240" w:lineRule="auto"/>
            </w:pPr>
            <w:r>
              <w:rPr>
                <w:b/>
                <w:color w:val="1F3A5F"/>
                <w:sz w:val="20"/>
              </w:rPr>
              <w:t>Data Availability Statement</w:t>
            </w:r>
            <w:r>
              <w:rPr>
                <w:i/>
                <w:color w:val="707070"/>
                <w:sz w:val="16"/>
              </w:rPr>
              <w:br/>
              <w:t>(Open access / on reasonable request / restricted / no new data / presented in the article)</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1F68BB7" w14:textId="77777777" w:rsidR="00924780" w:rsidRDefault="00924780">
            <w:pPr>
              <w:spacing w:after="0" w:line="240" w:lineRule="auto"/>
            </w:pPr>
          </w:p>
          <w:p w14:paraId="3A5A9AB0" w14:textId="77777777" w:rsidR="00924780" w:rsidRDefault="00924780">
            <w:pPr>
              <w:spacing w:after="0"/>
            </w:pPr>
          </w:p>
        </w:tc>
      </w:tr>
      <w:tr w:rsidR="00924780" w14:paraId="10BE2428"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6273A878" w14:textId="77777777" w:rsidR="00924780" w:rsidRDefault="00427AB1">
            <w:pPr>
              <w:spacing w:after="0" w:line="240" w:lineRule="auto"/>
            </w:pPr>
            <w:r>
              <w:rPr>
                <w:b/>
                <w:color w:val="1F3A5F"/>
                <w:sz w:val="20"/>
              </w:rPr>
              <w:t>Generative AI Disclosure</w:t>
            </w:r>
            <w:r>
              <w:rPr>
                <w:i/>
                <w:color w:val="707070"/>
                <w:sz w:val="16"/>
              </w:rPr>
              <w:br/>
              <w:t>(Tool + version + purpose; if not used, state explicitly)</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0A12E2D5" w14:textId="77777777" w:rsidR="00924780" w:rsidRDefault="00924780">
            <w:pPr>
              <w:spacing w:after="0" w:line="240" w:lineRule="auto"/>
            </w:pPr>
          </w:p>
          <w:p w14:paraId="1194B3B0" w14:textId="77777777" w:rsidR="00924780" w:rsidRDefault="00924780">
            <w:pPr>
              <w:spacing w:after="0"/>
            </w:pPr>
          </w:p>
        </w:tc>
      </w:tr>
      <w:tr w:rsidR="00924780" w14:paraId="1815E336"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697DD55D" w14:textId="77777777" w:rsidR="00924780" w:rsidRDefault="00427AB1">
            <w:pPr>
              <w:spacing w:after="0" w:line="240" w:lineRule="auto"/>
            </w:pPr>
            <w:r>
              <w:rPr>
                <w:b/>
                <w:color w:val="1F3A5F"/>
                <w:sz w:val="20"/>
              </w:rPr>
              <w:t>Acknowledgments</w:t>
            </w:r>
            <w:r>
              <w:rPr>
                <w:i/>
                <w:color w:val="707070"/>
                <w:sz w:val="16"/>
              </w:rPr>
              <w:br/>
              <w:t>(Contributors not meeting authorship criteria)</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B6F51E4" w14:textId="77777777" w:rsidR="00924780" w:rsidRDefault="00924780">
            <w:pPr>
              <w:spacing w:after="0" w:line="240" w:lineRule="auto"/>
            </w:pPr>
          </w:p>
          <w:p w14:paraId="18A54A08" w14:textId="77777777" w:rsidR="00924780" w:rsidRDefault="00924780">
            <w:pPr>
              <w:spacing w:after="0"/>
            </w:pPr>
          </w:p>
        </w:tc>
      </w:tr>
      <w:tr w:rsidR="00924780" w14:paraId="3FE982CE"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1ABA3AFA" w14:textId="77777777" w:rsidR="00924780" w:rsidRDefault="00427AB1">
            <w:pPr>
              <w:spacing w:after="0" w:line="240" w:lineRule="auto"/>
            </w:pPr>
            <w:r>
              <w:rPr>
                <w:b/>
                <w:color w:val="1F3A5F"/>
                <w:sz w:val="20"/>
              </w:rPr>
              <w:t>Conflicts of Interest</w:t>
            </w:r>
            <w:r>
              <w:rPr>
                <w:i/>
                <w:color w:val="707070"/>
                <w:sz w:val="16"/>
              </w:rPr>
              <w:br/>
              <w:t>(If none: "The authors declare no conflicts of interest.")</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757550AC" w14:textId="77777777" w:rsidR="00924780" w:rsidRDefault="00924780">
            <w:pPr>
              <w:spacing w:after="0" w:line="240" w:lineRule="auto"/>
            </w:pPr>
          </w:p>
          <w:p w14:paraId="30A4DE1B" w14:textId="77777777" w:rsidR="00924780" w:rsidRDefault="00924780">
            <w:pPr>
              <w:spacing w:after="0"/>
            </w:pPr>
          </w:p>
        </w:tc>
      </w:tr>
      <w:tr w:rsidR="00924780" w14:paraId="0ECEB58E"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7C4C003C" w14:textId="77777777" w:rsidR="00924780" w:rsidRDefault="00427AB1">
            <w:pPr>
              <w:spacing w:after="0" w:line="240" w:lineRule="auto"/>
            </w:pPr>
            <w:r>
              <w:rPr>
                <w:b/>
                <w:color w:val="1F3A5F"/>
                <w:sz w:val="20"/>
              </w:rPr>
              <w:t>Prior dissemination</w:t>
            </w:r>
            <w:r>
              <w:rPr>
                <w:i/>
                <w:color w:val="707070"/>
                <w:sz w:val="16"/>
              </w:rPr>
              <w:br/>
              <w:t>(State any prior conference, symposium or thesis relation)</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0AB1F11D" w14:textId="77777777" w:rsidR="00924780" w:rsidRDefault="00924780">
            <w:pPr>
              <w:spacing w:after="0" w:line="240" w:lineRule="auto"/>
            </w:pPr>
          </w:p>
          <w:p w14:paraId="677BADFD" w14:textId="77777777" w:rsidR="00924780" w:rsidRDefault="00924780">
            <w:pPr>
              <w:spacing w:after="0"/>
            </w:pPr>
          </w:p>
        </w:tc>
      </w:tr>
    </w:tbl>
    <w:p w14:paraId="2B17B89E" w14:textId="77777777" w:rsidR="00924780" w:rsidRDefault="00924780">
      <w:pPr>
        <w:spacing w:after="80" w:line="240" w:lineRule="auto"/>
      </w:pPr>
    </w:p>
    <w:tbl>
      <w:tblPr>
        <w:tblW w:w="0" w:type="auto"/>
        <w:jc w:val="center"/>
        <w:tblLook w:val="04A0" w:firstRow="1" w:lastRow="0" w:firstColumn="1" w:lastColumn="0" w:noHBand="0" w:noVBand="1"/>
      </w:tblPr>
      <w:tblGrid>
        <w:gridCol w:w="9638"/>
      </w:tblGrid>
      <w:tr w:rsidR="00924780" w14:paraId="0097FE78" w14:textId="77777777">
        <w:trPr>
          <w:jc w:val="center"/>
        </w:trPr>
        <w:tc>
          <w:tcPr>
            <w:tcW w:w="9638" w:type="dxa"/>
            <w:tcBorders>
              <w:top w:val="single" w:sz="6" w:space="0" w:color="1F3A5F"/>
              <w:left w:val="single" w:sz="6" w:space="0" w:color="1F3A5F"/>
              <w:bottom w:val="single" w:sz="6" w:space="0" w:color="1F3A5F"/>
              <w:right w:val="single" w:sz="6" w:space="0" w:color="1F3A5F"/>
            </w:tcBorders>
            <w:shd w:val="clear" w:color="auto" w:fill="1F3A5F"/>
            <w:tcMar>
              <w:top w:w="80" w:type="dxa"/>
              <w:left w:w="160" w:type="dxa"/>
              <w:bottom w:w="80" w:type="dxa"/>
              <w:right w:w="160" w:type="dxa"/>
            </w:tcMar>
            <w:vAlign w:val="center"/>
          </w:tcPr>
          <w:p w14:paraId="4812496F" w14:textId="77777777" w:rsidR="00924780" w:rsidRDefault="00427AB1">
            <w:pPr>
              <w:spacing w:after="0" w:line="240" w:lineRule="auto"/>
            </w:pPr>
            <w:r>
              <w:rPr>
                <w:b/>
                <w:color w:val="FFFFFF"/>
                <w:sz w:val="22"/>
              </w:rPr>
              <w:t>5. COPYRIGHT, LICENSE AND SUBMISSION DECLARATION</w:t>
            </w:r>
          </w:p>
        </w:tc>
      </w:tr>
    </w:tbl>
    <w:tbl>
      <w:tblPr>
        <w:tblW w:w="0" w:type="auto"/>
        <w:jc w:val="center"/>
        <w:tblLayout w:type="fixed"/>
        <w:tblLook w:val="04A0" w:firstRow="1" w:lastRow="0" w:firstColumn="1" w:lastColumn="0" w:noHBand="0" w:noVBand="1"/>
      </w:tblPr>
      <w:tblGrid>
        <w:gridCol w:w="9638"/>
      </w:tblGrid>
      <w:tr w:rsidR="00924780" w14:paraId="10F0D597" w14:textId="77777777">
        <w:trPr>
          <w:jc w:val="center"/>
        </w:trPr>
        <w:tc>
          <w:tcPr>
            <w:tcW w:w="9638" w:type="dxa"/>
            <w:tcBorders>
              <w:top w:val="single" w:sz="6" w:space="0" w:color="D4A017"/>
              <w:left w:val="single" w:sz="6" w:space="0" w:color="D4A017"/>
              <w:bottom w:val="single" w:sz="6" w:space="0" w:color="D4A017"/>
              <w:right w:val="single" w:sz="6" w:space="0" w:color="D4A017"/>
            </w:tcBorders>
            <w:shd w:val="clear" w:color="auto" w:fill="FFF7E6"/>
            <w:tcMar>
              <w:top w:w="100" w:type="dxa"/>
              <w:left w:w="160" w:type="dxa"/>
              <w:bottom w:w="60" w:type="dxa"/>
              <w:right w:w="160" w:type="dxa"/>
            </w:tcMar>
            <w:vAlign w:val="center"/>
          </w:tcPr>
          <w:p w14:paraId="347894CA" w14:textId="77777777" w:rsidR="00924780" w:rsidRDefault="00427AB1">
            <w:pPr>
              <w:spacing w:after="0" w:line="240" w:lineRule="auto"/>
            </w:pPr>
            <w:r>
              <w:rPr>
                <w:b/>
                <w:color w:val="1F3A5F"/>
                <w:sz w:val="22"/>
              </w:rPr>
              <w:t>Open Access License (CC BY 4.0)</w:t>
            </w:r>
          </w:p>
        </w:tc>
      </w:tr>
      <w:tr w:rsidR="00924780" w14:paraId="392FC187" w14:textId="77777777">
        <w:trPr>
          <w:jc w:val="center"/>
        </w:trPr>
        <w:tc>
          <w:tcPr>
            <w:tcW w:w="9638" w:type="dxa"/>
            <w:tcBorders>
              <w:top w:val="single" w:sz="6" w:space="0" w:color="D4A017"/>
              <w:left w:val="single" w:sz="6" w:space="0" w:color="D4A017"/>
              <w:bottom w:val="single" w:sz="6" w:space="0" w:color="D4A017"/>
              <w:right w:val="single" w:sz="6" w:space="0" w:color="D4A017"/>
            </w:tcBorders>
            <w:shd w:val="clear" w:color="auto" w:fill="FFF7E6"/>
            <w:tcMar>
              <w:top w:w="60" w:type="dxa"/>
              <w:left w:w="160" w:type="dxa"/>
              <w:bottom w:w="100" w:type="dxa"/>
              <w:right w:w="160" w:type="dxa"/>
            </w:tcMar>
            <w:vAlign w:val="center"/>
          </w:tcPr>
          <w:p w14:paraId="023EAAEC" w14:textId="4283DF9A" w:rsidR="00924780" w:rsidRDefault="00427AB1">
            <w:pPr>
              <w:spacing w:after="0" w:line="240" w:lineRule="auto"/>
            </w:pPr>
            <w:r>
              <w:t xml:space="preserve">I/We grant </w:t>
            </w:r>
            <w:r w:rsidR="00562765">
              <w:t>KAFADEMI</w:t>
            </w:r>
            <w:r w:rsidR="004B2145">
              <w:t xml:space="preserve"> </w:t>
            </w:r>
            <w:r>
              <w:t>permission to publish this work in the relevant journal under the Creative Commons Attribution 4.0 International (CC BY 4.0) license. All intellectual property rights remain with the author(s). The license permits sharing, copying, redistributing, adapting and building upon the work in any medium or format for any purpose, including commercial use, provided that appropriate credit is given to the original work. Full license text: https://creativecommons.org/licenses/by/4.0/</w:t>
            </w:r>
          </w:p>
        </w:tc>
      </w:tr>
    </w:tbl>
    <w:p w14:paraId="78202ECF" w14:textId="77777777" w:rsidR="00924780" w:rsidRDefault="00924780">
      <w:pPr>
        <w:spacing w:after="120" w:line="240" w:lineRule="auto"/>
      </w:pPr>
    </w:p>
    <w:tbl>
      <w:tblPr>
        <w:tblW w:w="0" w:type="auto"/>
        <w:jc w:val="center"/>
        <w:tblLook w:val="04A0" w:firstRow="1" w:lastRow="0" w:firstColumn="1" w:lastColumn="0" w:noHBand="0" w:noVBand="1"/>
      </w:tblPr>
      <w:tblGrid>
        <w:gridCol w:w="9638"/>
      </w:tblGrid>
      <w:tr w:rsidR="00924780" w14:paraId="67B91419" w14:textId="77777777">
        <w:trPr>
          <w:jc w:val="center"/>
        </w:trPr>
        <w:tc>
          <w:tcPr>
            <w:tcW w:w="9638" w:type="dxa"/>
            <w:tcBorders>
              <w:top w:val="single" w:sz="6" w:space="0" w:color="BFC6D1"/>
              <w:left w:val="single" w:sz="6" w:space="0" w:color="BFC6D1"/>
              <w:bottom w:val="single" w:sz="6" w:space="0" w:color="BFC6D1"/>
              <w:right w:val="single" w:sz="6" w:space="0" w:color="BFC6D1"/>
            </w:tcBorders>
            <w:shd w:val="clear" w:color="auto" w:fill="E8ECF2"/>
            <w:tcMar>
              <w:top w:w="60" w:type="dxa"/>
              <w:left w:w="140" w:type="dxa"/>
              <w:bottom w:w="60" w:type="dxa"/>
              <w:right w:w="120" w:type="dxa"/>
            </w:tcMar>
            <w:vAlign w:val="center"/>
          </w:tcPr>
          <w:p w14:paraId="05B0B915" w14:textId="77777777" w:rsidR="00924780" w:rsidRDefault="00427AB1">
            <w:pPr>
              <w:spacing w:after="0" w:line="240" w:lineRule="auto"/>
            </w:pPr>
            <w:r>
              <w:rPr>
                <w:b/>
                <w:color w:val="1F3A5F"/>
              </w:rPr>
              <w:t>Author Warranties</w:t>
            </w:r>
          </w:p>
        </w:tc>
      </w:tr>
    </w:tbl>
    <w:tbl>
      <w:tblPr>
        <w:tblW w:w="0" w:type="auto"/>
        <w:jc w:val="center"/>
        <w:tblLayout w:type="fixed"/>
        <w:tblLook w:val="04A0" w:firstRow="1" w:lastRow="0" w:firstColumn="1" w:lastColumn="0" w:noHBand="0" w:noVBand="1"/>
      </w:tblPr>
      <w:tblGrid>
        <w:gridCol w:w="2551"/>
        <w:gridCol w:w="7087"/>
      </w:tblGrid>
      <w:tr w:rsidR="00924780" w14:paraId="5BE9AA59"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4244E922" w14:textId="77777777" w:rsidR="00924780" w:rsidRDefault="00427AB1">
            <w:pPr>
              <w:spacing w:after="0" w:line="240" w:lineRule="auto"/>
            </w:pPr>
            <w:r>
              <w:rPr>
                <w:b/>
                <w:color w:val="1F3A5F"/>
                <w:sz w:val="20"/>
              </w:rPr>
              <w:t>☐</w:t>
            </w:r>
            <w:r>
              <w:rPr>
                <w:b/>
                <w:color w:val="1F3A5F"/>
                <w:sz w:val="20"/>
              </w:rPr>
              <w:t xml:space="preserve">  Originality</w:t>
            </w:r>
            <w:r>
              <w:rPr>
                <w:i/>
                <w:color w:val="707070"/>
                <w:sz w:val="16"/>
              </w:rPr>
              <w:br/>
              <w:t>This work is the original work of the author(s); it contains no plagiarism and does not infringe upon any third-party intellectual property rights.</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68B0A653" w14:textId="77777777" w:rsidR="00924780" w:rsidRDefault="00924780">
            <w:pPr>
              <w:spacing w:after="0" w:line="240" w:lineRule="auto"/>
            </w:pPr>
          </w:p>
        </w:tc>
      </w:tr>
      <w:tr w:rsidR="00924780" w14:paraId="76DE653C"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2E38FD43" w14:textId="77777777" w:rsidR="00924780" w:rsidRDefault="00427AB1">
            <w:pPr>
              <w:spacing w:after="0" w:line="240" w:lineRule="auto"/>
            </w:pPr>
            <w:r>
              <w:rPr>
                <w:b/>
                <w:color w:val="1F3A5F"/>
                <w:sz w:val="20"/>
              </w:rPr>
              <w:t>☐</w:t>
            </w:r>
            <w:r>
              <w:rPr>
                <w:b/>
                <w:color w:val="1F3A5F"/>
                <w:sz w:val="20"/>
              </w:rPr>
              <w:t xml:space="preserve">  No concurrent submission</w:t>
            </w:r>
            <w:r>
              <w:rPr>
                <w:i/>
                <w:color w:val="707070"/>
                <w:sz w:val="16"/>
              </w:rPr>
              <w:br/>
              <w:t>The manuscript has not been published previously and is not under consideration elsewhere.</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5B58C084" w14:textId="77777777" w:rsidR="00924780" w:rsidRDefault="00924780">
            <w:pPr>
              <w:spacing w:after="0" w:line="240" w:lineRule="auto"/>
            </w:pPr>
          </w:p>
        </w:tc>
      </w:tr>
      <w:tr w:rsidR="00924780" w14:paraId="1AF325E5"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4CDEB478" w14:textId="77777777" w:rsidR="00924780" w:rsidRDefault="00427AB1">
            <w:pPr>
              <w:spacing w:after="0" w:line="240" w:lineRule="auto"/>
            </w:pPr>
            <w:r>
              <w:rPr>
                <w:b/>
                <w:color w:val="1F3A5F"/>
                <w:sz w:val="20"/>
              </w:rPr>
              <w:t>☐</w:t>
            </w:r>
            <w:r>
              <w:rPr>
                <w:b/>
                <w:color w:val="1F3A5F"/>
                <w:sz w:val="20"/>
              </w:rPr>
              <w:t xml:space="preserve">  Contribution and approval of all authors</w:t>
            </w:r>
            <w:r>
              <w:rPr>
                <w:i/>
                <w:color w:val="707070"/>
                <w:sz w:val="16"/>
              </w:rPr>
              <w:br/>
              <w:t>All authors have substantively contributed to the work, have seen and approved the final version, and accept public responsibility for it.</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16BE3B3C" w14:textId="77777777" w:rsidR="00924780" w:rsidRDefault="00924780">
            <w:pPr>
              <w:spacing w:after="0" w:line="240" w:lineRule="auto"/>
            </w:pPr>
          </w:p>
        </w:tc>
      </w:tr>
      <w:tr w:rsidR="00924780" w14:paraId="60E86E75" w14:textId="77777777">
        <w:trPr>
          <w:jc w:val="center"/>
        </w:trPr>
        <w:tc>
          <w:tcPr>
            <w:tcW w:w="2551" w:type="dxa"/>
            <w:tcBorders>
              <w:top w:val="single" w:sz="6" w:space="0" w:color="BFC6D1"/>
              <w:left w:val="single" w:sz="6" w:space="0" w:color="BFC6D1"/>
              <w:bottom w:val="single" w:sz="6" w:space="0" w:color="BFC6D1"/>
              <w:right w:val="single" w:sz="6" w:space="0" w:color="BFC6D1"/>
            </w:tcBorders>
            <w:shd w:val="clear" w:color="auto" w:fill="E8ECF2"/>
            <w:tcMar>
              <w:top w:w="80" w:type="dxa"/>
              <w:left w:w="140" w:type="dxa"/>
              <w:bottom w:w="80" w:type="dxa"/>
              <w:right w:w="120" w:type="dxa"/>
            </w:tcMar>
            <w:vAlign w:val="center"/>
          </w:tcPr>
          <w:p w14:paraId="6D6F1661" w14:textId="2A2EF916" w:rsidR="00924780" w:rsidRDefault="00427AB1">
            <w:pPr>
              <w:spacing w:after="0" w:line="240" w:lineRule="auto"/>
            </w:pPr>
            <w:r>
              <w:rPr>
                <w:b/>
                <w:color w:val="1F3A5F"/>
                <w:sz w:val="20"/>
              </w:rPr>
              <w:t>☐</w:t>
            </w:r>
            <w:r>
              <w:rPr>
                <w:b/>
                <w:color w:val="1F3A5F"/>
                <w:sz w:val="20"/>
              </w:rPr>
              <w:t xml:space="preserve">  Acceptance of liability</w:t>
            </w:r>
            <w:r>
              <w:rPr>
                <w:i/>
                <w:color w:val="707070"/>
                <w:sz w:val="16"/>
              </w:rPr>
              <w:br/>
            </w:r>
            <w:r>
              <w:rPr>
                <w:i/>
                <w:color w:val="707070"/>
                <w:sz w:val="16"/>
              </w:rPr>
              <w:t xml:space="preserve">In the event of any legal claim by third parties arising from copyright infringement, the author(s) accept full responsibility; </w:t>
            </w:r>
            <w:r w:rsidR="00EA6D0B">
              <w:rPr>
                <w:i/>
                <w:color w:val="707070"/>
                <w:sz w:val="16"/>
              </w:rPr>
              <w:t xml:space="preserve"/>
            </w:r>
            <w:proofErr w:type="spellStart"/>
            <w:r w:rsidR="00EA6D0B">
              <w:rPr>
                <w:i/>
                <w:color w:val="707070"/>
                <w:sz w:val="16"/>
              </w:rPr>
              <w:t>Kafademi</w:t>
            </w:r>
            <w:proofErr w:type="spellEnd"/>
            <w:r w:rsidR="00EA6D0B">
              <w:rPr>
                <w:i/>
                <w:color w:val="707070"/>
                <w:sz w:val="16"/>
              </w:rPr>
              <w:t xml:space="preserve"> </w:t>
            </w:r>
            <w:r>
              <w:rPr>
                <w:i/>
                <w:color w:val="707070"/>
                <w:sz w:val="16"/>
              </w:rPr>
              <w:t>and the journal editors bear no liability.</w:t>
            </w:r>
          </w:p>
        </w:tc>
        <w:tc>
          <w:tcPr>
            <w:tcW w:w="7087" w:type="dxa"/>
            <w:tcBorders>
              <w:top w:val="single" w:sz="6" w:space="0" w:color="BFC6D1"/>
              <w:left w:val="single" w:sz="6" w:space="0" w:color="BFC6D1"/>
              <w:bottom w:val="single" w:sz="6" w:space="0" w:color="BFC6D1"/>
              <w:right w:val="single" w:sz="6" w:space="0" w:color="BFC6D1"/>
            </w:tcBorders>
            <w:tcMar>
              <w:top w:w="80" w:type="dxa"/>
              <w:left w:w="140" w:type="dxa"/>
              <w:bottom w:w="80" w:type="dxa"/>
              <w:right w:w="120" w:type="dxa"/>
            </w:tcMar>
            <w:vAlign w:val="center"/>
          </w:tcPr>
          <w:p w14:paraId="59BA735C" w14:textId="77777777" w:rsidR="00924780" w:rsidRDefault="00924780">
            <w:pPr>
              <w:spacing w:after="0" w:line="240" w:lineRule="auto"/>
            </w:pPr>
          </w:p>
        </w:tc>
      </w:tr>
    </w:tbl>
    <w:p w14:paraId="4FE256C5" w14:textId="77777777" w:rsidR="00924780" w:rsidRDefault="00924780">
      <w:pPr>
        <w:spacing w:after="120" w:line="240" w:lineRule="auto"/>
      </w:pPr>
    </w:p>
    <w:tbl>
      <w:tblPr>
        <w:tblW w:w="0" w:type="auto"/>
        <w:jc w:val="center"/>
        <w:tblLook w:val="04A0" w:firstRow="1" w:lastRow="0" w:firstColumn="1" w:lastColumn="0" w:noHBand="0" w:noVBand="1"/>
      </w:tblPr>
      <w:tblGrid>
        <w:gridCol w:w="9638"/>
      </w:tblGrid>
      <w:tr w:rsidR="00924780" w14:paraId="3FA63244" w14:textId="77777777">
        <w:trPr>
          <w:jc w:val="center"/>
        </w:trPr>
        <w:tc>
          <w:tcPr>
            <w:tcW w:w="9638" w:type="dxa"/>
            <w:tcBorders>
              <w:top w:val="single" w:sz="6" w:space="0" w:color="BFC6D1"/>
              <w:left w:val="single" w:sz="6" w:space="0" w:color="BFC6D1"/>
              <w:bottom w:val="single" w:sz="6" w:space="0" w:color="BFC6D1"/>
              <w:right w:val="single" w:sz="6" w:space="0" w:color="BFC6D1"/>
            </w:tcBorders>
            <w:shd w:val="clear" w:color="auto" w:fill="E8ECF2"/>
            <w:tcMar>
              <w:top w:w="60" w:type="dxa"/>
              <w:left w:w="140" w:type="dxa"/>
              <w:bottom w:w="60" w:type="dxa"/>
              <w:right w:w="120" w:type="dxa"/>
            </w:tcMar>
            <w:vAlign w:val="center"/>
          </w:tcPr>
          <w:p w14:paraId="39279C5B" w14:textId="77777777" w:rsidR="00924780" w:rsidRDefault="00427AB1">
            <w:pPr>
              <w:spacing w:after="0" w:line="240" w:lineRule="auto"/>
            </w:pPr>
            <w:r>
              <w:rPr>
                <w:b/>
                <w:color w:val="1F3A5F"/>
              </w:rPr>
              <w:t>Signatures of All Authors</w:t>
            </w:r>
          </w:p>
        </w:tc>
      </w:tr>
    </w:tbl>
    <w:p w14:paraId="65E3210F" w14:textId="77777777" w:rsidR="00924780" w:rsidRDefault="00427AB1">
      <w:pPr>
        <w:spacing w:before="40" w:after="80"/>
      </w:pPr>
      <w:r>
        <w:rPr>
          <w:i/>
          <w:color w:val="707070"/>
          <w:sz w:val="17"/>
        </w:rPr>
        <w:t>This declaration and license must be signed by every author individually. If authors are at different institutions, wet or digital signatures collected on separate sheets are acceptable.</w:t>
      </w:r>
    </w:p>
    <w:tbl>
      <w:tblPr>
        <w:tblW w:w="0" w:type="auto"/>
        <w:jc w:val="center"/>
        <w:tblLayout w:type="fixed"/>
        <w:tblLook w:val="04A0" w:firstRow="1" w:lastRow="0" w:firstColumn="1" w:lastColumn="0" w:noHBand="0" w:noVBand="1"/>
      </w:tblPr>
      <w:tblGrid>
        <w:gridCol w:w="992"/>
        <w:gridCol w:w="3540"/>
        <w:gridCol w:w="1587"/>
        <w:gridCol w:w="3520"/>
      </w:tblGrid>
      <w:tr w:rsidR="00620384" w14:paraId="48D7F1A9" w14:textId="77777777" w:rsidTr="00620384">
        <w:trPr>
          <w:jc w:val="center"/>
        </w:trPr>
        <w:tc>
          <w:tcPr>
            <w:tcW w:w="992" w:type="dxa"/>
            <w:tcBorders>
              <w:top w:val="single" w:sz="6" w:space="0" w:color="BFC6D1"/>
              <w:left w:val="single" w:sz="6" w:space="0" w:color="BFC6D1"/>
              <w:bottom w:val="single" w:sz="6" w:space="0" w:color="BFC6D1"/>
              <w:right w:val="single" w:sz="6" w:space="0" w:color="BFC6D1"/>
            </w:tcBorders>
            <w:shd w:val="clear" w:color="auto" w:fill="E8ECF2"/>
            <w:tcMar>
              <w:top w:w="80" w:type="dxa"/>
              <w:left w:w="80" w:type="dxa"/>
              <w:bottom w:w="80" w:type="dxa"/>
              <w:right w:w="80" w:type="dxa"/>
            </w:tcMar>
            <w:vAlign w:val="center"/>
          </w:tcPr>
          <w:p w14:paraId="55782BCB" w14:textId="77777777" w:rsidR="00620384" w:rsidRDefault="00620384">
            <w:pPr>
              <w:spacing w:after="0" w:line="240" w:lineRule="auto"/>
              <w:jc w:val="center"/>
            </w:pPr>
            <w:r>
              <w:rPr>
                <w:b/>
                <w:color w:val="1F3A5F"/>
                <w:sz w:val="20"/>
              </w:rPr>
              <w:t>No.</w:t>
            </w:r>
          </w:p>
        </w:tc>
        <w:tc>
          <w:tcPr>
            <w:tcW w:w="3540" w:type="dxa"/>
            <w:tcBorders>
              <w:top w:val="single" w:sz="6" w:space="0" w:color="BFC6D1"/>
              <w:left w:val="single" w:sz="6" w:space="0" w:color="BFC6D1"/>
              <w:bottom w:val="single" w:sz="6" w:space="0" w:color="BFC6D1"/>
              <w:right w:val="single" w:sz="6" w:space="0" w:color="BFC6D1"/>
            </w:tcBorders>
            <w:shd w:val="clear" w:color="auto" w:fill="E8ECF2"/>
            <w:tcMar>
              <w:top w:w="80" w:type="dxa"/>
              <w:left w:w="80" w:type="dxa"/>
              <w:bottom w:w="80" w:type="dxa"/>
              <w:right w:w="80" w:type="dxa"/>
            </w:tcMar>
            <w:vAlign w:val="center"/>
          </w:tcPr>
          <w:p w14:paraId="7E34E16F" w14:textId="77777777" w:rsidR="00620384" w:rsidRDefault="00620384">
            <w:pPr>
              <w:spacing w:after="0" w:line="240" w:lineRule="auto"/>
              <w:jc w:val="center"/>
            </w:pPr>
            <w:r>
              <w:rPr>
                <w:b/>
                <w:color w:val="1F3A5F"/>
                <w:sz w:val="20"/>
              </w:rPr>
              <w:t>Name</w:t>
            </w:r>
          </w:p>
        </w:tc>
        <w:tc>
          <w:tcPr>
            <w:tcW w:w="1587" w:type="dxa"/>
            <w:tcBorders>
              <w:top w:val="single" w:sz="6" w:space="0" w:color="BFC6D1"/>
              <w:left w:val="single" w:sz="6" w:space="0" w:color="BFC6D1"/>
              <w:bottom w:val="single" w:sz="6" w:space="0" w:color="BFC6D1"/>
              <w:right w:val="single" w:sz="6" w:space="0" w:color="BFC6D1"/>
            </w:tcBorders>
            <w:shd w:val="clear" w:color="auto" w:fill="E8ECF2"/>
            <w:tcMar>
              <w:top w:w="80" w:type="dxa"/>
              <w:left w:w="80" w:type="dxa"/>
              <w:bottom w:w="80" w:type="dxa"/>
              <w:right w:w="80" w:type="dxa"/>
            </w:tcMar>
            <w:vAlign w:val="center"/>
          </w:tcPr>
          <w:p w14:paraId="5C7B653D" w14:textId="77777777" w:rsidR="00620384" w:rsidRDefault="00620384">
            <w:pPr>
              <w:spacing w:after="0" w:line="240" w:lineRule="auto"/>
              <w:jc w:val="center"/>
            </w:pPr>
            <w:r>
              <w:rPr>
                <w:b/>
                <w:color w:val="1F3A5F"/>
                <w:sz w:val="20"/>
              </w:rPr>
              <w:t>Date</w:t>
            </w:r>
          </w:p>
        </w:tc>
        <w:tc>
          <w:tcPr>
            <w:tcW w:w="3520" w:type="dxa"/>
            <w:tcBorders>
              <w:top w:val="single" w:sz="6" w:space="0" w:color="BFC6D1"/>
              <w:left w:val="single" w:sz="6" w:space="0" w:color="BFC6D1"/>
              <w:bottom w:val="single" w:sz="6" w:space="0" w:color="BFC6D1"/>
              <w:right w:val="single" w:sz="6" w:space="0" w:color="BFC6D1"/>
            </w:tcBorders>
            <w:shd w:val="clear" w:color="auto" w:fill="E8ECF2"/>
            <w:tcMar>
              <w:top w:w="80" w:type="dxa"/>
              <w:left w:w="80" w:type="dxa"/>
              <w:bottom w:w="80" w:type="dxa"/>
              <w:right w:w="80" w:type="dxa"/>
            </w:tcMar>
            <w:vAlign w:val="center"/>
          </w:tcPr>
          <w:p w14:paraId="04E7BA04" w14:textId="77777777" w:rsidR="00620384" w:rsidRDefault="00620384">
            <w:pPr>
              <w:spacing w:after="0" w:line="240" w:lineRule="auto"/>
              <w:jc w:val="center"/>
            </w:pPr>
            <w:r>
              <w:rPr>
                <w:b/>
                <w:color w:val="1F3A5F"/>
                <w:sz w:val="20"/>
              </w:rPr>
              <w:t>Signature</w:t>
            </w:r>
          </w:p>
        </w:tc>
      </w:tr>
      <w:tr w:rsidR="00620384" w14:paraId="59F2D41A" w14:textId="77777777" w:rsidTr="00620384">
        <w:trPr>
          <w:jc w:val="center"/>
        </w:trPr>
        <w:tc>
          <w:tcPr>
            <w:tcW w:w="992"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1F5EC1CE" w14:textId="77777777" w:rsidR="00620384" w:rsidRDefault="00620384">
            <w:pPr>
              <w:spacing w:after="0" w:line="240" w:lineRule="auto"/>
              <w:jc w:val="center"/>
            </w:pPr>
            <w:r>
              <w:rPr>
                <w:color w:val="707070"/>
                <w:sz w:val="20"/>
              </w:rPr>
              <w:t>1</w:t>
            </w:r>
          </w:p>
        </w:tc>
        <w:tc>
          <w:tcPr>
            <w:tcW w:w="354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113DB469" w14:textId="77777777" w:rsidR="00620384" w:rsidRDefault="00620384">
            <w:pPr>
              <w:spacing w:after="0" w:line="240" w:lineRule="auto"/>
            </w:pPr>
          </w:p>
        </w:tc>
        <w:tc>
          <w:tcPr>
            <w:tcW w:w="1587"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11156341" w14:textId="77777777" w:rsidR="00620384" w:rsidRDefault="00620384">
            <w:pPr>
              <w:spacing w:after="0" w:line="240" w:lineRule="auto"/>
            </w:pPr>
          </w:p>
        </w:tc>
        <w:tc>
          <w:tcPr>
            <w:tcW w:w="352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7C8D75F3" w14:textId="77777777" w:rsidR="00620384" w:rsidRDefault="00620384">
            <w:pPr>
              <w:spacing w:after="0" w:line="240" w:lineRule="auto"/>
            </w:pPr>
          </w:p>
        </w:tc>
      </w:tr>
      <w:tr w:rsidR="00620384" w14:paraId="642973DD" w14:textId="77777777" w:rsidTr="00620384">
        <w:trPr>
          <w:jc w:val="center"/>
        </w:trPr>
        <w:tc>
          <w:tcPr>
            <w:tcW w:w="992"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53BFC7C7" w14:textId="77777777" w:rsidR="00620384" w:rsidRDefault="00620384">
            <w:pPr>
              <w:spacing w:after="0" w:line="240" w:lineRule="auto"/>
              <w:jc w:val="center"/>
            </w:pPr>
            <w:r>
              <w:rPr>
                <w:color w:val="707070"/>
                <w:sz w:val="20"/>
              </w:rPr>
              <w:t>2</w:t>
            </w:r>
          </w:p>
        </w:tc>
        <w:tc>
          <w:tcPr>
            <w:tcW w:w="354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7F60116E" w14:textId="77777777" w:rsidR="00620384" w:rsidRDefault="00620384">
            <w:pPr>
              <w:spacing w:after="0" w:line="240" w:lineRule="auto"/>
            </w:pPr>
          </w:p>
        </w:tc>
        <w:tc>
          <w:tcPr>
            <w:tcW w:w="1587"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708AE044" w14:textId="77777777" w:rsidR="00620384" w:rsidRDefault="00620384">
            <w:pPr>
              <w:spacing w:after="0" w:line="240" w:lineRule="auto"/>
            </w:pPr>
          </w:p>
        </w:tc>
        <w:tc>
          <w:tcPr>
            <w:tcW w:w="352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1ACA764F" w14:textId="77777777" w:rsidR="00620384" w:rsidRDefault="00620384">
            <w:pPr>
              <w:spacing w:after="0" w:line="240" w:lineRule="auto"/>
            </w:pPr>
          </w:p>
        </w:tc>
      </w:tr>
      <w:tr w:rsidR="00620384" w14:paraId="1488DCBD" w14:textId="77777777" w:rsidTr="00620384">
        <w:trPr>
          <w:jc w:val="center"/>
        </w:trPr>
        <w:tc>
          <w:tcPr>
            <w:tcW w:w="992"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254EC3D9" w14:textId="77777777" w:rsidR="00620384" w:rsidRDefault="00620384">
            <w:pPr>
              <w:spacing w:after="0" w:line="240" w:lineRule="auto"/>
              <w:jc w:val="center"/>
            </w:pPr>
            <w:r>
              <w:rPr>
                <w:color w:val="707070"/>
                <w:sz w:val="20"/>
              </w:rPr>
              <w:t>3</w:t>
            </w:r>
          </w:p>
        </w:tc>
        <w:tc>
          <w:tcPr>
            <w:tcW w:w="354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59BC1826" w14:textId="77777777" w:rsidR="00620384" w:rsidRDefault="00620384">
            <w:pPr>
              <w:spacing w:after="0" w:line="240" w:lineRule="auto"/>
            </w:pPr>
          </w:p>
        </w:tc>
        <w:tc>
          <w:tcPr>
            <w:tcW w:w="1587"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6D2FB3FF" w14:textId="77777777" w:rsidR="00620384" w:rsidRDefault="00620384">
            <w:pPr>
              <w:spacing w:after="0" w:line="240" w:lineRule="auto"/>
            </w:pPr>
          </w:p>
        </w:tc>
        <w:tc>
          <w:tcPr>
            <w:tcW w:w="352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5A193811" w14:textId="77777777" w:rsidR="00620384" w:rsidRDefault="00620384">
            <w:pPr>
              <w:spacing w:after="0" w:line="240" w:lineRule="auto"/>
            </w:pPr>
          </w:p>
        </w:tc>
      </w:tr>
      <w:tr w:rsidR="00620384" w14:paraId="4EE095F7" w14:textId="77777777" w:rsidTr="00620384">
        <w:trPr>
          <w:jc w:val="center"/>
        </w:trPr>
        <w:tc>
          <w:tcPr>
            <w:tcW w:w="992"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6188FC1A" w14:textId="77777777" w:rsidR="00620384" w:rsidRDefault="00620384">
            <w:pPr>
              <w:spacing w:after="0" w:line="240" w:lineRule="auto"/>
              <w:jc w:val="center"/>
            </w:pPr>
            <w:r>
              <w:rPr>
                <w:color w:val="707070"/>
                <w:sz w:val="20"/>
              </w:rPr>
              <w:t>4</w:t>
            </w:r>
          </w:p>
        </w:tc>
        <w:tc>
          <w:tcPr>
            <w:tcW w:w="354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5F3C492F" w14:textId="77777777" w:rsidR="00620384" w:rsidRDefault="00620384">
            <w:pPr>
              <w:spacing w:after="0" w:line="240" w:lineRule="auto"/>
            </w:pPr>
          </w:p>
        </w:tc>
        <w:tc>
          <w:tcPr>
            <w:tcW w:w="1587"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2883F941" w14:textId="77777777" w:rsidR="00620384" w:rsidRDefault="00620384">
            <w:pPr>
              <w:spacing w:after="0" w:line="240" w:lineRule="auto"/>
            </w:pPr>
          </w:p>
        </w:tc>
        <w:tc>
          <w:tcPr>
            <w:tcW w:w="352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69FDF659" w14:textId="77777777" w:rsidR="00620384" w:rsidRDefault="00620384">
            <w:pPr>
              <w:spacing w:after="0" w:line="240" w:lineRule="auto"/>
            </w:pPr>
          </w:p>
        </w:tc>
      </w:tr>
      <w:tr w:rsidR="00620384" w14:paraId="408EBA9B" w14:textId="77777777" w:rsidTr="00620384">
        <w:trPr>
          <w:jc w:val="center"/>
        </w:trPr>
        <w:tc>
          <w:tcPr>
            <w:tcW w:w="992"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18E5F236" w14:textId="77777777" w:rsidR="00620384" w:rsidRDefault="00620384">
            <w:pPr>
              <w:spacing w:after="0" w:line="240" w:lineRule="auto"/>
              <w:jc w:val="center"/>
            </w:pPr>
            <w:r>
              <w:rPr>
                <w:color w:val="707070"/>
                <w:sz w:val="20"/>
              </w:rPr>
              <w:t>5</w:t>
            </w:r>
          </w:p>
        </w:tc>
        <w:tc>
          <w:tcPr>
            <w:tcW w:w="354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4889AE0D" w14:textId="77777777" w:rsidR="00620384" w:rsidRDefault="00620384">
            <w:pPr>
              <w:spacing w:after="0" w:line="240" w:lineRule="auto"/>
            </w:pPr>
          </w:p>
        </w:tc>
        <w:tc>
          <w:tcPr>
            <w:tcW w:w="1587"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0BB39300" w14:textId="77777777" w:rsidR="00620384" w:rsidRDefault="00620384">
            <w:pPr>
              <w:spacing w:after="0" w:line="240" w:lineRule="auto"/>
            </w:pPr>
          </w:p>
        </w:tc>
        <w:tc>
          <w:tcPr>
            <w:tcW w:w="3520" w:type="dxa"/>
            <w:tcBorders>
              <w:top w:val="single" w:sz="6" w:space="0" w:color="BFC6D1"/>
              <w:left w:val="single" w:sz="6" w:space="0" w:color="BFC6D1"/>
              <w:bottom w:val="single" w:sz="6" w:space="0" w:color="BFC6D1"/>
              <w:right w:val="single" w:sz="6" w:space="0" w:color="BFC6D1"/>
            </w:tcBorders>
            <w:tcMar>
              <w:top w:w="140" w:type="dxa"/>
              <w:left w:w="100" w:type="dxa"/>
              <w:bottom w:w="140" w:type="dxa"/>
              <w:right w:w="100" w:type="dxa"/>
            </w:tcMar>
            <w:vAlign w:val="center"/>
          </w:tcPr>
          <w:p w14:paraId="031B1203" w14:textId="77777777" w:rsidR="00620384" w:rsidRDefault="00620384">
            <w:pPr>
              <w:spacing w:after="0" w:line="240" w:lineRule="auto"/>
            </w:pPr>
          </w:p>
        </w:tc>
      </w:tr>
    </w:tbl>
    <w:p w14:paraId="3E99AB05" w14:textId="77777777" w:rsidR="00743FA4" w:rsidRDefault="00743FA4"/>
    <w:sectPr w:rsidR="00743FA4" w:rsidSect="00996068">
      <w:pgSz w:w="12240" w:h="15840"/>
      <w:pgMar w:top="907" w:right="1134" w:bottom="70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72192784">
    <w:abstractNumId w:val="8"/>
  </w:num>
  <w:num w:numId="2" w16cid:durableId="841091474">
    <w:abstractNumId w:val="6"/>
  </w:num>
  <w:num w:numId="3" w16cid:durableId="548998434">
    <w:abstractNumId w:val="5"/>
  </w:num>
  <w:num w:numId="4" w16cid:durableId="1209803308">
    <w:abstractNumId w:val="4"/>
  </w:num>
  <w:num w:numId="5" w16cid:durableId="1152138922">
    <w:abstractNumId w:val="7"/>
  </w:num>
  <w:num w:numId="6" w16cid:durableId="596868779">
    <w:abstractNumId w:val="3"/>
  </w:num>
  <w:num w:numId="7" w16cid:durableId="1036198914">
    <w:abstractNumId w:val="2"/>
  </w:num>
  <w:num w:numId="8" w16cid:durableId="1980570961">
    <w:abstractNumId w:val="1"/>
  </w:num>
  <w:num w:numId="9" w16cid:durableId="156172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588"/>
    <w:rsid w:val="0015074B"/>
    <w:rsid w:val="0029639D"/>
    <w:rsid w:val="002D23F4"/>
    <w:rsid w:val="00326F90"/>
    <w:rsid w:val="00402EA7"/>
    <w:rsid w:val="004B2145"/>
    <w:rsid w:val="00562765"/>
    <w:rsid w:val="00620384"/>
    <w:rsid w:val="00743FA4"/>
    <w:rsid w:val="00924780"/>
    <w:rsid w:val="00996068"/>
    <w:rsid w:val="00AA1D8D"/>
    <w:rsid w:val="00B47730"/>
    <w:rsid w:val="00BD64B0"/>
    <w:rsid w:val="00CB0664"/>
    <w:rsid w:val="00D36AA0"/>
    <w:rsid w:val="00E01EA0"/>
    <w:rsid w:val="00EA6D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B91AF5"/>
  <w14:defaultImageDpi w14:val="300"/>
  <w15:docId w15:val="{75324443-11F5-8940-A472-FD5487A3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ADEM BAŞPINAR</cp:lastModifiedBy>
  <cp:revision>7</cp:revision>
  <dcterms:created xsi:type="dcterms:W3CDTF">2013-12-23T23:15:00Z</dcterms:created>
  <dcterms:modified xsi:type="dcterms:W3CDTF">2026-06-20T09:49:00Z</dcterms:modified>
  <cp:category/>
</cp:coreProperties>
</file>